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53D" w:rsidRDefault="006F065E">
      <w:pPr>
        <w:spacing w:after="0"/>
        <w:jc w:val="center"/>
        <w:rPr>
          <w:rFonts w:hint="eastAsia"/>
        </w:rPr>
      </w:pPr>
      <w:r>
        <w:rPr>
          <w:noProof/>
          <w:lang w:bidi="or-IN"/>
        </w:rPr>
        <w:drawing>
          <wp:anchor distT="0" distB="0" distL="114300" distR="114300" simplePos="0" relativeHeight="251658240" behindDoc="1" locked="0" layoutInCell="1" allowOverlap="1">
            <wp:simplePos x="0" y="0"/>
            <wp:positionH relativeFrom="column">
              <wp:posOffset>2386965</wp:posOffset>
            </wp:positionH>
            <wp:positionV relativeFrom="paragraph">
              <wp:posOffset>-26670</wp:posOffset>
            </wp:positionV>
            <wp:extent cx="1780540" cy="890270"/>
            <wp:effectExtent l="0" t="0" r="0" b="5080"/>
            <wp:wrapThrough wrapText="bothSides">
              <wp:wrapPolygon edited="0">
                <wp:start x="0" y="0"/>
                <wp:lineTo x="0" y="21261"/>
                <wp:lineTo x="21261" y="21261"/>
                <wp:lineTo x="2126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ABE LOGO ORG TM.png"/>
                    <pic:cNvPicPr/>
                  </pic:nvPicPr>
                  <pic:blipFill>
                    <a:blip r:embed="rId9">
                      <a:extLst>
                        <a:ext uri="{28A0092B-C50C-407E-A947-70E740481C1C}">
                          <a14:useLocalDpi xmlns:a14="http://schemas.microsoft.com/office/drawing/2010/main" val="0"/>
                        </a:ext>
                      </a:extLst>
                    </a:blip>
                    <a:stretch>
                      <a:fillRect/>
                    </a:stretch>
                  </pic:blipFill>
                  <pic:spPr>
                    <a:xfrm>
                      <a:off x="0" y="0"/>
                      <a:ext cx="1780540" cy="890270"/>
                    </a:xfrm>
                    <a:prstGeom prst="rect">
                      <a:avLst/>
                    </a:prstGeom>
                  </pic:spPr>
                </pic:pic>
              </a:graphicData>
            </a:graphic>
            <wp14:sizeRelH relativeFrom="page">
              <wp14:pctWidth>0</wp14:pctWidth>
            </wp14:sizeRelH>
            <wp14:sizeRelV relativeFrom="page">
              <wp14:pctHeight>0</wp14:pctHeight>
            </wp14:sizeRelV>
          </wp:anchor>
        </w:drawing>
      </w:r>
    </w:p>
    <w:p w:rsidR="00F0426B" w:rsidRDefault="00F0426B">
      <w:pPr>
        <w:spacing w:after="40"/>
        <w:jc w:val="center"/>
        <w:rPr>
          <w:rFonts w:hint="eastAsia"/>
          <w:color w:val="D9A514"/>
          <w:sz w:val="14"/>
        </w:rPr>
      </w:pPr>
    </w:p>
    <w:p w:rsidR="00F0426B" w:rsidRDefault="00F0426B">
      <w:pPr>
        <w:spacing w:after="40"/>
        <w:jc w:val="center"/>
        <w:rPr>
          <w:rFonts w:hint="eastAsia"/>
          <w:color w:val="D9A514"/>
          <w:sz w:val="14"/>
        </w:rPr>
      </w:pPr>
    </w:p>
    <w:p w:rsidR="00F0426B" w:rsidRDefault="00F0426B">
      <w:pPr>
        <w:spacing w:after="40"/>
        <w:jc w:val="center"/>
        <w:rPr>
          <w:rFonts w:hint="eastAsia"/>
          <w:color w:val="D9A514"/>
          <w:sz w:val="14"/>
        </w:rPr>
      </w:pPr>
    </w:p>
    <w:p w:rsidR="00F0426B" w:rsidRDefault="00F0426B">
      <w:pPr>
        <w:spacing w:after="40"/>
        <w:jc w:val="center"/>
        <w:rPr>
          <w:rFonts w:hint="eastAsia"/>
          <w:color w:val="D9A514"/>
          <w:sz w:val="14"/>
        </w:rPr>
      </w:pPr>
    </w:p>
    <w:p w:rsidR="00F0426B" w:rsidRDefault="00F0426B">
      <w:pPr>
        <w:spacing w:after="40"/>
        <w:jc w:val="center"/>
        <w:rPr>
          <w:rFonts w:hint="eastAsia"/>
          <w:color w:val="D9A514"/>
          <w:sz w:val="14"/>
        </w:rPr>
      </w:pPr>
      <w:bookmarkStart w:id="0" w:name="_GoBack"/>
      <w:bookmarkEnd w:id="0"/>
    </w:p>
    <w:p w:rsidR="00B1653D" w:rsidRDefault="006F065E">
      <w:pPr>
        <w:spacing w:after="40"/>
        <w:jc w:val="center"/>
        <w:rPr>
          <w:rFonts w:hint="eastAsia"/>
        </w:rPr>
      </w:pPr>
      <w:r>
        <w:rPr>
          <w:color w:val="D9A514"/>
          <w:sz w:val="14"/>
        </w:rPr>
        <w:t>━━━━━━━━━━━━━━━━━━━━━━━━━━━━━━━━━━━━━━━━━━━━━━━━━━━━━━━━━━━━━━━━━━━━━━━━━━━━━━━━</w:t>
      </w:r>
    </w:p>
    <w:p w:rsidR="00B1653D" w:rsidRDefault="006F065E">
      <w:pPr>
        <w:spacing w:after="20"/>
        <w:jc w:val="center"/>
        <w:rPr>
          <w:rFonts w:hint="eastAsia"/>
        </w:rPr>
      </w:pPr>
      <w:r>
        <w:rPr>
          <w:rFonts w:ascii="Aptos Display" w:hAnsi="Aptos Display"/>
          <w:b/>
          <w:color w:val="173B73"/>
          <w:sz w:val="34"/>
        </w:rPr>
        <w:t>INSTITUTIONAL RENEWAL APPLICATION FORM</w:t>
      </w:r>
    </w:p>
    <w:p w:rsidR="00B1653D" w:rsidRPr="00E052C4" w:rsidRDefault="006F065E">
      <w:pPr>
        <w:spacing w:after="140"/>
        <w:jc w:val="center"/>
        <w:rPr>
          <w:rFonts w:hint="eastAsia"/>
          <w:iCs/>
        </w:rPr>
      </w:pPr>
      <w:r w:rsidRPr="00E052C4">
        <w:rPr>
          <w:iCs/>
          <w:color w:val="666666"/>
          <w:sz w:val="19"/>
        </w:rPr>
        <w:t>For Renewal of IABE Membership and/or Institutional Accreditation</w:t>
      </w:r>
    </w:p>
    <w:tbl>
      <w:tblPr>
        <w:tblW w:w="0" w:type="auto"/>
        <w:shd w:val="clear" w:color="auto" w:fill="FDE9D9" w:themeFill="accent6" w:themeFillTint="33"/>
        <w:tblLook w:val="04A0" w:firstRow="1" w:lastRow="0" w:firstColumn="1" w:lastColumn="0" w:noHBand="0" w:noVBand="1"/>
      </w:tblPr>
      <w:tblGrid>
        <w:gridCol w:w="10473"/>
      </w:tblGrid>
      <w:tr w:rsidR="00B1653D" w:rsidTr="00C52F6C">
        <w:trPr>
          <w:cantSplit/>
          <w:trHeight w:val="621"/>
        </w:trPr>
        <w:tc>
          <w:tcPr>
            <w:tcW w:w="10473" w:type="dxa"/>
            <w:tcBorders>
              <w:top w:val="single" w:sz="6" w:space="0" w:color="D9A514"/>
              <w:left w:val="single" w:sz="6" w:space="0" w:color="D9A514"/>
              <w:bottom w:val="single" w:sz="6" w:space="0" w:color="D9A514"/>
              <w:right w:val="single" w:sz="6" w:space="0" w:color="D9A514"/>
            </w:tcBorders>
            <w:shd w:val="clear" w:color="auto" w:fill="FDE9D9" w:themeFill="accent6" w:themeFillTint="33"/>
            <w:vAlign w:val="center"/>
          </w:tcPr>
          <w:p w:rsidR="00B1653D" w:rsidRPr="008A03D0" w:rsidRDefault="00DA1A21" w:rsidP="008A03D0">
            <w:pPr>
              <w:pStyle w:val="NormalWeb"/>
              <w:jc w:val="both"/>
              <w:rPr>
                <w:rFonts w:hint="eastAsia"/>
                <w:b/>
                <w:bCs/>
              </w:rPr>
            </w:pPr>
            <w:r w:rsidRPr="008A03D0">
              <w:rPr>
                <w:rStyle w:val="Strong"/>
              </w:rPr>
              <w:t>IMPORTANT:</w:t>
            </w:r>
            <w:r w:rsidRPr="008A03D0">
              <w:t xml:space="preserve"> Please read the instructions carefully and complete all applicable sections in </w:t>
            </w:r>
            <w:r w:rsidRPr="008A03D0">
              <w:rPr>
                <w:rStyle w:val="Strong"/>
                <w:b w:val="0"/>
                <w:bCs w:val="0"/>
              </w:rPr>
              <w:t>C</w:t>
            </w:r>
            <w:r w:rsidR="008A03D0" w:rsidRPr="008A03D0">
              <w:rPr>
                <w:rStyle w:val="Strong"/>
                <w:b w:val="0"/>
                <w:bCs w:val="0"/>
              </w:rPr>
              <w:t>apital Letters</w:t>
            </w:r>
            <w:r w:rsidRPr="008A03D0">
              <w:rPr>
                <w:b/>
                <w:bCs/>
              </w:rPr>
              <w:t>.</w:t>
            </w:r>
            <w:r w:rsidRPr="008A03D0">
              <w:t xml:space="preserve"> Please attach all required supporting documents. </w:t>
            </w:r>
          </w:p>
        </w:tc>
      </w:tr>
    </w:tbl>
    <w:p w:rsidR="00B1653D" w:rsidRDefault="00B1653D">
      <w:pPr>
        <w:spacing w:after="40"/>
        <w:rPr>
          <w:rFonts w:hint="eastAsia"/>
        </w:rPr>
      </w:pP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t>1. INSTITUTION INFORMATION</w:t>
            </w:r>
          </w:p>
        </w:tc>
      </w:tr>
    </w:tbl>
    <w:p w:rsidR="00B1653D" w:rsidRDefault="00B1653D">
      <w:pPr>
        <w:spacing w:after="20"/>
        <w:rPr>
          <w:rFonts w:hint="eastAsia"/>
        </w:rPr>
      </w:pPr>
    </w:p>
    <w:tbl>
      <w:tblPr>
        <w:tblW w:w="0" w:type="auto"/>
        <w:jc w:val="center"/>
        <w:tblLook w:val="04A0" w:firstRow="1" w:lastRow="0" w:firstColumn="1" w:lastColumn="0" w:noHBand="0" w:noVBand="1"/>
      </w:tblPr>
      <w:tblGrid>
        <w:gridCol w:w="5256"/>
        <w:gridCol w:w="5256"/>
      </w:tblGrid>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E052C4">
            <w:pPr>
              <w:spacing w:after="40"/>
              <w:rPr>
                <w:rFonts w:hint="eastAsia"/>
                <w:b/>
                <w:color w:val="173B73"/>
                <w:sz w:val="18"/>
              </w:rPr>
            </w:pPr>
            <w:r>
              <w:rPr>
                <w:b/>
                <w:color w:val="173B73"/>
                <w:sz w:val="18"/>
              </w:rPr>
              <w:t>Name of the Institution:</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E052C4">
            <w:pPr>
              <w:spacing w:after="40"/>
              <w:rPr>
                <w:rFonts w:hint="eastAsia"/>
                <w:b/>
                <w:color w:val="173B73"/>
                <w:sz w:val="18"/>
              </w:rPr>
            </w:pPr>
            <w:r>
              <w:rPr>
                <w:b/>
                <w:color w:val="173B73"/>
                <w:sz w:val="18"/>
              </w:rPr>
              <w:t>Name of the President / Head:</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E052C4">
            <w:pPr>
              <w:spacing w:after="40"/>
              <w:rPr>
                <w:rFonts w:hint="eastAsia"/>
                <w:b/>
                <w:color w:val="173B73"/>
                <w:sz w:val="18"/>
              </w:rPr>
            </w:pPr>
            <w:r>
              <w:rPr>
                <w:b/>
                <w:color w:val="173B73"/>
                <w:sz w:val="18"/>
              </w:rPr>
              <w:t>Address :</w:t>
            </w:r>
          </w:p>
          <w:p w:rsidR="00E052C4" w:rsidRDefault="00E052C4">
            <w:pPr>
              <w:spacing w:after="40"/>
              <w:rPr>
                <w:rFonts w:hint="eastAsia"/>
              </w:rPr>
            </w:pPr>
          </w:p>
          <w:p w:rsidR="00B1653D" w:rsidRDefault="006F065E">
            <w:pPr>
              <w:spacing w:after="40"/>
              <w:rPr>
                <w:rFonts w:hint="eastAsia"/>
                <w:color w:val="999999"/>
                <w:sz w:val="16"/>
              </w:rPr>
            </w:pPr>
            <w:r>
              <w:rPr>
                <w:color w:val="999999"/>
                <w:sz w:val="16"/>
              </w:rPr>
              <w:t>________________________________</w:t>
            </w:r>
            <w:r w:rsidR="00E052C4">
              <w:rPr>
                <w:color w:val="999999"/>
                <w:sz w:val="16"/>
              </w:rPr>
              <w:t>_______________________________</w:t>
            </w:r>
          </w:p>
          <w:p w:rsidR="00E052C4" w:rsidRDefault="00E052C4">
            <w:pPr>
              <w:spacing w:after="40"/>
              <w:rPr>
                <w:rFonts w:hint="eastAsia"/>
              </w:rPr>
            </w:pP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City / District</w:t>
            </w:r>
            <w:r w:rsidR="00E052C4">
              <w:rPr>
                <w:b/>
                <w:color w:val="173B73"/>
                <w:sz w:val="18"/>
              </w:rPr>
              <w:t>:</w:t>
            </w:r>
          </w:p>
          <w:p w:rsidR="00E052C4" w:rsidRDefault="00E052C4">
            <w:pPr>
              <w:spacing w:after="40"/>
              <w:rPr>
                <w:rFonts w:hint="eastAsia"/>
              </w:rPr>
            </w:pPr>
          </w:p>
          <w:p w:rsidR="00B1653D" w:rsidRDefault="006F065E" w:rsidP="00E052C4">
            <w:pPr>
              <w:spacing w:after="40"/>
              <w:rPr>
                <w:rFonts w:hint="eastAsia"/>
              </w:rPr>
            </w:pPr>
            <w:r>
              <w:rPr>
                <w:color w:val="999999"/>
                <w:sz w:val="16"/>
              </w:rPr>
              <w:t>_______________________________________________________________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E052C4">
            <w:pPr>
              <w:spacing w:after="40"/>
              <w:rPr>
                <w:rFonts w:hint="eastAsia"/>
                <w:b/>
                <w:color w:val="173B73"/>
                <w:sz w:val="18"/>
              </w:rPr>
            </w:pPr>
            <w:r>
              <w:rPr>
                <w:b/>
                <w:color w:val="173B73"/>
                <w:sz w:val="18"/>
              </w:rPr>
              <w:t xml:space="preserve">State / Province: </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E052C4">
            <w:pPr>
              <w:spacing w:after="40"/>
              <w:rPr>
                <w:rFonts w:hint="eastAsia"/>
                <w:b/>
                <w:color w:val="173B73"/>
                <w:sz w:val="18"/>
              </w:rPr>
            </w:pPr>
            <w:r>
              <w:rPr>
                <w:b/>
                <w:color w:val="173B73"/>
                <w:sz w:val="18"/>
              </w:rPr>
              <w:t>Country :</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E052C4">
            <w:pPr>
              <w:spacing w:after="40"/>
              <w:rPr>
                <w:rFonts w:hint="eastAsia"/>
                <w:b/>
                <w:color w:val="173B73"/>
                <w:sz w:val="18"/>
              </w:rPr>
            </w:pPr>
            <w:r>
              <w:rPr>
                <w:b/>
                <w:color w:val="173B73"/>
                <w:sz w:val="18"/>
              </w:rPr>
              <w:t>Contact Number :</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E052C4">
            <w:pPr>
              <w:spacing w:after="40"/>
              <w:rPr>
                <w:rFonts w:hint="eastAsia"/>
                <w:b/>
                <w:color w:val="173B73"/>
                <w:sz w:val="18"/>
              </w:rPr>
            </w:pPr>
            <w:r>
              <w:rPr>
                <w:b/>
                <w:color w:val="173B73"/>
                <w:sz w:val="18"/>
              </w:rPr>
              <w:t>Official Website:</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E052C4">
            <w:pPr>
              <w:spacing w:after="40"/>
              <w:rPr>
                <w:rFonts w:hint="eastAsia"/>
                <w:b/>
                <w:color w:val="173B73"/>
                <w:sz w:val="18"/>
              </w:rPr>
            </w:pPr>
            <w:r>
              <w:rPr>
                <w:b/>
                <w:color w:val="173B73"/>
                <w:sz w:val="18"/>
              </w:rPr>
              <w:t xml:space="preserve">Official Email: </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Name of Authorized Contact Person</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bl>
    <w:p w:rsidR="00B1653D" w:rsidRDefault="00B1653D">
      <w:pPr>
        <w:spacing w:after="40"/>
        <w:rPr>
          <w:rFonts w:hint="eastAsia"/>
        </w:rPr>
      </w:pP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t>2. PREVIOUS IABE MEMBERSHIP / ACCREDITATION DETAILS</w:t>
            </w:r>
          </w:p>
        </w:tc>
      </w:tr>
    </w:tbl>
    <w:p w:rsidR="00B1653D" w:rsidRDefault="00B1653D">
      <w:pPr>
        <w:spacing w:after="20"/>
        <w:rPr>
          <w:rFonts w:hint="eastAsia"/>
        </w:rPr>
      </w:pPr>
    </w:p>
    <w:tbl>
      <w:tblPr>
        <w:tblW w:w="0" w:type="auto"/>
        <w:jc w:val="center"/>
        <w:tblLook w:val="04A0" w:firstRow="1" w:lastRow="0" w:firstColumn="1" w:lastColumn="0" w:noHBand="0" w:noVBand="1"/>
      </w:tblPr>
      <w:tblGrid>
        <w:gridCol w:w="5256"/>
        <w:gridCol w:w="5256"/>
      </w:tblGrid>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Previous IABE Membership / Accreditation Number</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Previous Certificate Number</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Previous Certificate Issue Date</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Previous Accreditation / Membership Date</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Renewal Due Date</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Last Accreditation / Review Status</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Previous Accreditation Level / Program</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___________________________________________________</w:t>
            </w:r>
            <w:r w:rsidR="00E052C4">
              <w:rPr>
                <w:color w:val="999999"/>
                <w:sz w:val="16"/>
              </w:rPr>
              <w:t>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Last Certificate / Accreditation Website or Portal</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bl>
    <w:p w:rsidR="00B1653D" w:rsidRDefault="00B1653D">
      <w:pPr>
        <w:spacing w:after="40"/>
        <w:rPr>
          <w:rFonts w:hint="eastAsia"/>
        </w:rPr>
      </w:pPr>
    </w:p>
    <w:p w:rsidR="00E052C4" w:rsidRDefault="00E052C4">
      <w:pPr>
        <w:spacing w:after="40"/>
        <w:rPr>
          <w:rFonts w:hint="eastAsia"/>
        </w:rPr>
      </w:pPr>
    </w:p>
    <w:p w:rsidR="00E244B6" w:rsidRDefault="00E244B6">
      <w:pPr>
        <w:spacing w:after="40"/>
        <w:rPr>
          <w:rFonts w:hint="eastAsia"/>
        </w:rPr>
      </w:pPr>
    </w:p>
    <w:p w:rsidR="00F0426B" w:rsidRDefault="00F0426B">
      <w:pPr>
        <w:spacing w:after="40"/>
        <w:rPr>
          <w:rFonts w:hint="eastAsia"/>
        </w:rPr>
      </w:pPr>
    </w:p>
    <w:p w:rsidR="00E052C4" w:rsidRDefault="00E052C4">
      <w:pPr>
        <w:spacing w:after="40"/>
        <w:rPr>
          <w:rFonts w:hint="eastAsia"/>
        </w:rPr>
      </w:pP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t>3. ACADEMIC AND GRADUATION INFORMATION</w:t>
            </w:r>
          </w:p>
        </w:tc>
      </w:tr>
    </w:tbl>
    <w:p w:rsidR="00B1653D" w:rsidRDefault="00B1653D">
      <w:pPr>
        <w:spacing w:after="20"/>
        <w:rPr>
          <w:rFonts w:hint="eastAsia"/>
        </w:rPr>
      </w:pPr>
    </w:p>
    <w:tbl>
      <w:tblPr>
        <w:tblW w:w="0" w:type="auto"/>
        <w:jc w:val="center"/>
        <w:tblLook w:val="04A0" w:firstRow="1" w:lastRow="0" w:firstColumn="1" w:lastColumn="0" w:noHBand="0" w:noVBand="1"/>
      </w:tblPr>
      <w:tblGrid>
        <w:gridCol w:w="5184"/>
        <w:gridCol w:w="5336"/>
      </w:tblGrid>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E052C4">
            <w:pPr>
              <w:spacing w:after="40"/>
              <w:rPr>
                <w:rFonts w:hint="eastAsia"/>
                <w:b/>
                <w:color w:val="173B73"/>
                <w:sz w:val="18"/>
              </w:rPr>
            </w:pPr>
            <w:r>
              <w:rPr>
                <w:b/>
                <w:color w:val="173B73"/>
                <w:sz w:val="18"/>
              </w:rPr>
              <w:t xml:space="preserve">Date of Last Graduation: </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Ac</w:t>
            </w:r>
            <w:r w:rsidR="00E052C4">
              <w:rPr>
                <w:b/>
                <w:color w:val="173B73"/>
                <w:sz w:val="18"/>
              </w:rPr>
              <w:t xml:space="preserve">ademic Year of Last Graduation: </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Number of Students G</w:t>
            </w:r>
            <w:r w:rsidR="00E052C4">
              <w:rPr>
                <w:b/>
                <w:color w:val="173B73"/>
                <w:sz w:val="18"/>
              </w:rPr>
              <w:t xml:space="preserve">raduated in Last Academic Year: </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_____________________________________</w:t>
            </w:r>
            <w:r w:rsidR="00E052C4">
              <w:rPr>
                <w:color w:val="999999"/>
                <w:sz w:val="16"/>
              </w:rPr>
              <w:t>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Current Number of Enrolled Students</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6F065E" w:rsidP="00E052C4">
            <w:pPr>
              <w:tabs>
                <w:tab w:val="right" w:pos="5076"/>
              </w:tabs>
              <w:spacing w:after="40"/>
              <w:rPr>
                <w:rFonts w:hint="eastAsia"/>
                <w:b/>
                <w:color w:val="173B73"/>
                <w:sz w:val="18"/>
              </w:rPr>
            </w:pPr>
            <w:r>
              <w:rPr>
                <w:b/>
                <w:color w:val="173B73"/>
                <w:sz w:val="18"/>
              </w:rPr>
              <w:t>Number of Faculty / Instructors</w:t>
            </w:r>
            <w:r w:rsidR="00E052C4">
              <w:rPr>
                <w:b/>
                <w:color w:val="173B73"/>
                <w:sz w:val="18"/>
              </w:rPr>
              <w:t>:</w:t>
            </w:r>
            <w:r w:rsidR="00E052C4">
              <w:rPr>
                <w:rFonts w:hint="eastAsia"/>
                <w:b/>
                <w:color w:val="173B73"/>
                <w:sz w:val="18"/>
              </w:rPr>
              <w:tab/>
            </w:r>
          </w:p>
          <w:p w:rsidR="00E052C4" w:rsidRDefault="00E052C4" w:rsidP="00E052C4">
            <w:pPr>
              <w:tabs>
                <w:tab w:val="right" w:pos="5076"/>
              </w:tabs>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Number of Academic Programs</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Highest Degree / Program Offered</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Date of Most Recent Academic Review</w:t>
            </w:r>
            <w:r w:rsidR="00E052C4">
              <w:rPr>
                <w:b/>
                <w:color w:val="173B73"/>
                <w:sz w:val="18"/>
              </w:rPr>
              <w:t>:</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________________________________________________________________</w:t>
            </w:r>
          </w:p>
        </w:tc>
      </w:tr>
    </w:tbl>
    <w:p w:rsidR="00B1653D" w:rsidRDefault="00B1653D">
      <w:pPr>
        <w:spacing w:after="40"/>
        <w:rPr>
          <w:rFonts w:hint="eastAsia"/>
        </w:rPr>
      </w:pP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t>4. PROGRAMS FOR WHICH RENEWAL IS REQUESTED</w:t>
            </w:r>
          </w:p>
        </w:tc>
      </w:tr>
    </w:tbl>
    <w:p w:rsidR="00B1653D" w:rsidRDefault="00B1653D">
      <w:pPr>
        <w:spacing w:after="20"/>
        <w:rPr>
          <w:rFonts w:hint="eastAsia"/>
        </w:rPr>
      </w:pPr>
    </w:p>
    <w:p w:rsidR="00B1653D" w:rsidRDefault="006F065E">
      <w:pPr>
        <w:spacing w:after="80"/>
        <w:rPr>
          <w:rFonts w:hint="eastAsia"/>
        </w:rPr>
      </w:pPr>
      <w:r>
        <w:rPr>
          <w:sz w:val="19"/>
        </w:rPr>
        <w:t>Please select all programs for which the institution is requesting renewal:</w:t>
      </w:r>
    </w:p>
    <w:p w:rsidR="00B1653D" w:rsidRDefault="006F065E">
      <w:pPr>
        <w:spacing w:after="60"/>
        <w:rPr>
          <w:rFonts w:hint="eastAsia"/>
        </w:rPr>
      </w:pPr>
      <w:r>
        <w:rPr>
          <w:color w:val="173B73"/>
          <w:sz w:val="22"/>
        </w:rPr>
        <w:t xml:space="preserve">☐ </w:t>
      </w:r>
      <w:r>
        <w:rPr>
          <w:sz w:val="19"/>
        </w:rPr>
        <w:t>Certificate Programs</w:t>
      </w:r>
    </w:p>
    <w:p w:rsidR="00B1653D" w:rsidRDefault="006F065E">
      <w:pPr>
        <w:spacing w:after="60"/>
        <w:rPr>
          <w:rFonts w:hint="eastAsia"/>
        </w:rPr>
      </w:pPr>
      <w:r>
        <w:rPr>
          <w:color w:val="173B73"/>
          <w:sz w:val="22"/>
        </w:rPr>
        <w:t xml:space="preserve">☐ </w:t>
      </w:r>
      <w:r>
        <w:rPr>
          <w:sz w:val="19"/>
        </w:rPr>
        <w:t>Diploma Programs</w:t>
      </w:r>
    </w:p>
    <w:p w:rsidR="00B1653D" w:rsidRDefault="006F065E">
      <w:pPr>
        <w:spacing w:after="60"/>
        <w:rPr>
          <w:rFonts w:hint="eastAsia"/>
        </w:rPr>
      </w:pPr>
      <w:r>
        <w:rPr>
          <w:color w:val="173B73"/>
          <w:sz w:val="22"/>
        </w:rPr>
        <w:t xml:space="preserve">☐ </w:t>
      </w:r>
      <w:r>
        <w:rPr>
          <w:sz w:val="19"/>
        </w:rPr>
        <w:t>Bachelor Degree Programs</w:t>
      </w:r>
    </w:p>
    <w:p w:rsidR="00B1653D" w:rsidRDefault="006F065E">
      <w:pPr>
        <w:spacing w:after="60"/>
        <w:rPr>
          <w:rFonts w:hint="eastAsia"/>
        </w:rPr>
      </w:pPr>
      <w:r>
        <w:rPr>
          <w:color w:val="173B73"/>
          <w:sz w:val="22"/>
        </w:rPr>
        <w:t xml:space="preserve">☐ </w:t>
      </w:r>
      <w:r>
        <w:rPr>
          <w:sz w:val="19"/>
        </w:rPr>
        <w:t>Master Degree Programs</w:t>
      </w:r>
    </w:p>
    <w:p w:rsidR="00B1653D" w:rsidRDefault="006F065E">
      <w:pPr>
        <w:spacing w:after="60"/>
        <w:rPr>
          <w:rFonts w:hint="eastAsia"/>
        </w:rPr>
      </w:pPr>
      <w:r>
        <w:rPr>
          <w:color w:val="173B73"/>
          <w:sz w:val="22"/>
        </w:rPr>
        <w:t xml:space="preserve">☐ </w:t>
      </w:r>
      <w:r>
        <w:rPr>
          <w:sz w:val="19"/>
        </w:rPr>
        <w:t>Doctoral / Doctorate Programs</w:t>
      </w:r>
    </w:p>
    <w:p w:rsidR="00B1653D" w:rsidRDefault="006F065E">
      <w:pPr>
        <w:spacing w:after="60"/>
        <w:rPr>
          <w:rFonts w:hint="eastAsia"/>
        </w:rPr>
      </w:pPr>
      <w:r>
        <w:rPr>
          <w:color w:val="173B73"/>
          <w:sz w:val="22"/>
        </w:rPr>
        <w:t xml:space="preserve">☐ </w:t>
      </w:r>
      <w:r>
        <w:rPr>
          <w:sz w:val="19"/>
        </w:rPr>
        <w:t>Institutional Membership Renewal</w:t>
      </w:r>
    </w:p>
    <w:tbl>
      <w:tblPr>
        <w:tblW w:w="0" w:type="auto"/>
        <w:jc w:val="center"/>
        <w:tblLook w:val="04A0" w:firstRow="1" w:lastRow="0" w:firstColumn="1" w:lastColumn="0" w:noHBand="0" w:noVBand="1"/>
      </w:tblPr>
      <w:tblGrid>
        <w:gridCol w:w="5184"/>
        <w:gridCol w:w="5336"/>
      </w:tblGrid>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Total Number of Programs Submitted for Renewal</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Academic Year / Renewal Period Requested</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________________________________________________________________</w:t>
            </w:r>
          </w:p>
        </w:tc>
      </w:tr>
    </w:tbl>
    <w:p w:rsidR="00B1653D" w:rsidRDefault="00B1653D">
      <w:pPr>
        <w:spacing w:after="40"/>
        <w:rPr>
          <w:rFonts w:hint="eastAsia"/>
        </w:rPr>
      </w:pP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t>5. CERTIFICATE AND ACADEMIC RECORDS</w:t>
            </w:r>
          </w:p>
        </w:tc>
      </w:tr>
    </w:tbl>
    <w:p w:rsidR="00B1653D" w:rsidRDefault="00B1653D">
      <w:pPr>
        <w:spacing w:after="20"/>
        <w:rPr>
          <w:rFonts w:hint="eastAsia"/>
        </w:rPr>
      </w:pPr>
    </w:p>
    <w:tbl>
      <w:tblPr>
        <w:tblW w:w="0" w:type="auto"/>
        <w:jc w:val="center"/>
        <w:tblLook w:val="04A0" w:firstRow="1" w:lastRow="0" w:firstColumn="1" w:lastColumn="0" w:noHBand="0" w:noVBand="1"/>
      </w:tblPr>
      <w:tblGrid>
        <w:gridCol w:w="5256"/>
        <w:gridCol w:w="5256"/>
      </w:tblGrid>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Certifi</w:t>
            </w:r>
            <w:r w:rsidR="00E244B6">
              <w:rPr>
                <w:b/>
                <w:color w:val="173B73"/>
                <w:sz w:val="18"/>
              </w:rPr>
              <w:t xml:space="preserve">cate Issued Date (Most Recent) </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Ce</w:t>
            </w:r>
            <w:r w:rsidR="00E244B6">
              <w:rPr>
                <w:b/>
                <w:color w:val="173B73"/>
                <w:sz w:val="18"/>
              </w:rPr>
              <w:t xml:space="preserve">rtificate Number (Most Recent) </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Certificate / Graduation Record Reference</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Date of Last Certificate Verification</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Name / Title of Authorized Signatory</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w:t>
            </w:r>
          </w:p>
        </w:tc>
        <w:tc>
          <w:tcPr>
            <w:tcW w:w="5184" w:type="dxa"/>
            <w:tcBorders>
              <w:top w:val="single" w:sz="5" w:space="0" w:color="D9DDE3"/>
              <w:left w:val="single" w:sz="5" w:space="0" w:color="D9DDE3"/>
              <w:bottom w:val="single" w:sz="5" w:space="0" w:color="D9DDE3"/>
              <w:right w:val="single" w:sz="5" w:space="0" w:color="D9DDE3"/>
            </w:tcBorders>
          </w:tcPr>
          <w:p w:rsidR="00B1653D" w:rsidRDefault="006F065E">
            <w:pPr>
              <w:spacing w:after="40"/>
              <w:rPr>
                <w:rFonts w:hint="eastAsia"/>
                <w:b/>
                <w:color w:val="173B73"/>
                <w:sz w:val="18"/>
              </w:rPr>
            </w:pPr>
            <w:r>
              <w:rPr>
                <w:b/>
                <w:color w:val="173B73"/>
                <w:sz w:val="18"/>
              </w:rPr>
              <w:t>Contact Email for Verification</w:t>
            </w:r>
          </w:p>
          <w:p w:rsidR="00E052C4" w:rsidRDefault="00E052C4">
            <w:pPr>
              <w:spacing w:after="40"/>
              <w:rPr>
                <w:rFonts w:hint="eastAsia"/>
              </w:rPr>
            </w:pPr>
          </w:p>
          <w:p w:rsidR="00B1653D" w:rsidRDefault="006F065E">
            <w:pPr>
              <w:spacing w:after="40"/>
              <w:rPr>
                <w:rFonts w:hint="eastAsia"/>
              </w:rPr>
            </w:pPr>
            <w:r>
              <w:rPr>
                <w:color w:val="999999"/>
                <w:sz w:val="16"/>
              </w:rPr>
              <w:t>________________________________</w:t>
            </w:r>
            <w:r w:rsidR="00E052C4">
              <w:rPr>
                <w:color w:val="999999"/>
                <w:sz w:val="16"/>
              </w:rPr>
              <w:t>_______________________________</w:t>
            </w:r>
          </w:p>
        </w:tc>
      </w:tr>
    </w:tbl>
    <w:p w:rsidR="00B1653D" w:rsidRDefault="00B1653D">
      <w:pPr>
        <w:spacing w:after="40"/>
        <w:rPr>
          <w:rFonts w:hint="eastAsia"/>
        </w:rPr>
      </w:pPr>
    </w:p>
    <w:p w:rsidR="00B1653D" w:rsidRDefault="006F065E">
      <w:pPr>
        <w:spacing w:after="100"/>
        <w:rPr>
          <w:rFonts w:hint="eastAsia"/>
          <w:i/>
          <w:color w:val="666666"/>
          <w:sz w:val="17"/>
        </w:rPr>
      </w:pPr>
      <w:r>
        <w:rPr>
          <w:i/>
          <w:color w:val="666666"/>
          <w:sz w:val="17"/>
        </w:rPr>
        <w:t>Attach copies of the current accreditation/membership certificate, latest graduation list or summary, program list, and any other documents requested by IABE.</w:t>
      </w:r>
    </w:p>
    <w:p w:rsidR="00F0426B" w:rsidRDefault="00F0426B">
      <w:pPr>
        <w:spacing w:after="100"/>
        <w:rPr>
          <w:rFonts w:hint="eastAsia"/>
          <w:i/>
          <w:color w:val="666666"/>
          <w:sz w:val="17"/>
        </w:rPr>
      </w:pPr>
    </w:p>
    <w:p w:rsidR="00B1653D" w:rsidRDefault="006F065E">
      <w:pPr>
        <w:rPr>
          <w:rFonts w:hint="eastAsia"/>
        </w:rPr>
      </w:pPr>
      <w:r>
        <w:br w:type="page"/>
      </w: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lastRenderedPageBreak/>
              <w:t>6. INSTITUTIONAL RENEWAL COMPLIANCE</w:t>
            </w:r>
          </w:p>
        </w:tc>
      </w:tr>
    </w:tbl>
    <w:p w:rsidR="00B1653D" w:rsidRDefault="00B1653D">
      <w:pPr>
        <w:spacing w:after="20"/>
        <w:rPr>
          <w:rFonts w:hint="eastAsia"/>
        </w:rPr>
      </w:pPr>
    </w:p>
    <w:p w:rsidR="00B1653D" w:rsidRDefault="006F065E">
      <w:pPr>
        <w:spacing w:after="80"/>
        <w:rPr>
          <w:rFonts w:hint="eastAsia"/>
        </w:rPr>
      </w:pPr>
      <w:r>
        <w:rPr>
          <w:sz w:val="19"/>
        </w:rPr>
        <w:t>Please confirm that the institution continues to meet the applicable IABE requirements:</w:t>
      </w:r>
    </w:p>
    <w:p w:rsidR="00B1653D" w:rsidRDefault="006F065E">
      <w:pPr>
        <w:spacing w:after="60"/>
        <w:rPr>
          <w:rFonts w:hint="eastAsia"/>
        </w:rPr>
      </w:pPr>
      <w:r>
        <w:rPr>
          <w:color w:val="173B73"/>
          <w:sz w:val="22"/>
        </w:rPr>
        <w:t xml:space="preserve">☐ </w:t>
      </w:r>
      <w:r>
        <w:rPr>
          <w:sz w:val="19"/>
        </w:rPr>
        <w:t>The institution continues to operate under the same legal / organizational name.</w:t>
      </w:r>
    </w:p>
    <w:p w:rsidR="00B1653D" w:rsidRDefault="006F065E">
      <w:pPr>
        <w:spacing w:after="60"/>
        <w:rPr>
          <w:rFonts w:hint="eastAsia"/>
        </w:rPr>
      </w:pPr>
      <w:r>
        <w:rPr>
          <w:color w:val="173B73"/>
          <w:sz w:val="22"/>
        </w:rPr>
        <w:t xml:space="preserve">☐ </w:t>
      </w:r>
      <w:r>
        <w:rPr>
          <w:sz w:val="19"/>
        </w:rPr>
        <w:t>The institution continues to maintain appropriate academic and administrative records.</w:t>
      </w:r>
    </w:p>
    <w:p w:rsidR="00B1653D" w:rsidRDefault="006F065E">
      <w:pPr>
        <w:spacing w:after="60"/>
        <w:rPr>
          <w:rFonts w:hint="eastAsia"/>
        </w:rPr>
      </w:pPr>
      <w:r>
        <w:rPr>
          <w:color w:val="173B73"/>
          <w:sz w:val="22"/>
        </w:rPr>
        <w:t xml:space="preserve">☐ </w:t>
      </w:r>
      <w:r>
        <w:rPr>
          <w:sz w:val="19"/>
        </w:rPr>
        <w:t>The institution has maintained qualified faculty and appropriate academic leadership.</w:t>
      </w:r>
    </w:p>
    <w:p w:rsidR="00B1653D" w:rsidRDefault="006F065E">
      <w:pPr>
        <w:spacing w:after="60"/>
        <w:rPr>
          <w:rFonts w:hint="eastAsia"/>
        </w:rPr>
      </w:pPr>
      <w:r>
        <w:rPr>
          <w:color w:val="173B73"/>
          <w:sz w:val="22"/>
        </w:rPr>
        <w:t xml:space="preserve">☐ </w:t>
      </w:r>
      <w:r>
        <w:rPr>
          <w:sz w:val="19"/>
        </w:rPr>
        <w:t>The institution continues to follow its approved academic programs and curriculum.</w:t>
      </w:r>
    </w:p>
    <w:p w:rsidR="00B1653D" w:rsidRDefault="006F065E">
      <w:pPr>
        <w:spacing w:after="60"/>
        <w:rPr>
          <w:rFonts w:hint="eastAsia"/>
        </w:rPr>
      </w:pPr>
      <w:r>
        <w:rPr>
          <w:color w:val="173B73"/>
          <w:sz w:val="22"/>
        </w:rPr>
        <w:t xml:space="preserve">☐ </w:t>
      </w:r>
      <w:r>
        <w:rPr>
          <w:sz w:val="19"/>
        </w:rPr>
        <w:t>The institution maintains student records, graduation records, and certificate records.</w:t>
      </w:r>
    </w:p>
    <w:p w:rsidR="00B1653D" w:rsidRDefault="006F065E">
      <w:pPr>
        <w:spacing w:after="60"/>
        <w:rPr>
          <w:rFonts w:hint="eastAsia"/>
        </w:rPr>
      </w:pPr>
      <w:r>
        <w:rPr>
          <w:color w:val="173B73"/>
          <w:sz w:val="22"/>
        </w:rPr>
        <w:t xml:space="preserve">☐ </w:t>
      </w:r>
      <w:r>
        <w:rPr>
          <w:sz w:val="19"/>
        </w:rPr>
        <w:t>The institution has disclosed any significant changes in leadership, ownership, location, programs, or legal status.</w:t>
      </w:r>
    </w:p>
    <w:p w:rsidR="00B1653D" w:rsidRDefault="006F065E">
      <w:pPr>
        <w:spacing w:after="60"/>
        <w:rPr>
          <w:rFonts w:hint="eastAsia"/>
        </w:rPr>
      </w:pPr>
      <w:r>
        <w:rPr>
          <w:color w:val="173B73"/>
          <w:sz w:val="22"/>
        </w:rPr>
        <w:t xml:space="preserve">☐ </w:t>
      </w:r>
      <w:r>
        <w:rPr>
          <w:sz w:val="19"/>
        </w:rPr>
        <w:t>The information supplied in this renewal application is complete and accurate.</w:t>
      </w: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t>7. INSTITUTIONAL CHANGES SINCE LAST IABE APPROVAL</w:t>
            </w:r>
          </w:p>
        </w:tc>
      </w:tr>
    </w:tbl>
    <w:p w:rsidR="00B1653D" w:rsidRDefault="00B1653D">
      <w:pPr>
        <w:spacing w:after="20"/>
        <w:rPr>
          <w:rFonts w:hint="eastAsia"/>
        </w:rPr>
      </w:pPr>
    </w:p>
    <w:p w:rsidR="00B1653D" w:rsidRDefault="006F065E">
      <w:pPr>
        <w:spacing w:after="60"/>
        <w:rPr>
          <w:rFonts w:hint="eastAsia"/>
        </w:rPr>
      </w:pPr>
      <w:r>
        <w:rPr>
          <w:sz w:val="18"/>
        </w:rPr>
        <w:t>If there have been changes since the last approval, please describe them below. If there are no changes, write “No Changes.”</w:t>
      </w:r>
    </w:p>
    <w:p w:rsidR="00B1653D" w:rsidRDefault="006F065E">
      <w:pPr>
        <w:spacing w:after="60"/>
        <w:rPr>
          <w:rFonts w:hint="eastAsia"/>
        </w:rPr>
      </w:pPr>
      <w:r>
        <w:rPr>
          <w:color w:val="999999"/>
          <w:sz w:val="16"/>
        </w:rPr>
        <w:t>________________________________________________________________________________</w:t>
      </w:r>
      <w:r w:rsidR="001418DB">
        <w:rPr>
          <w:color w:val="999999"/>
          <w:sz w:val="16"/>
        </w:rPr>
        <w:t>_________________________________________________</w:t>
      </w:r>
    </w:p>
    <w:p w:rsidR="00B1653D" w:rsidRDefault="006F065E">
      <w:pPr>
        <w:spacing w:after="60"/>
        <w:rPr>
          <w:rFonts w:hint="eastAsia"/>
        </w:rPr>
      </w:pPr>
      <w:r>
        <w:rPr>
          <w:color w:val="999999"/>
          <w:sz w:val="16"/>
        </w:rPr>
        <w:t>________________________________________________________________________________</w:t>
      </w:r>
      <w:r w:rsidR="001418DB">
        <w:rPr>
          <w:color w:val="999999"/>
          <w:sz w:val="16"/>
        </w:rPr>
        <w:t>_________________________________________________</w:t>
      </w:r>
    </w:p>
    <w:p w:rsidR="00B1653D" w:rsidRDefault="006F065E">
      <w:pPr>
        <w:spacing w:after="60"/>
        <w:rPr>
          <w:rFonts w:hint="eastAsia"/>
        </w:rPr>
      </w:pPr>
      <w:r>
        <w:rPr>
          <w:color w:val="999999"/>
          <w:sz w:val="16"/>
        </w:rPr>
        <w:t>________________________________________________________________________________</w:t>
      </w:r>
      <w:r w:rsidR="001418DB">
        <w:rPr>
          <w:color w:val="999999"/>
          <w:sz w:val="16"/>
        </w:rPr>
        <w:t>_________________________________________________</w:t>
      </w:r>
    </w:p>
    <w:p w:rsidR="00B1653D" w:rsidRDefault="006F065E">
      <w:pPr>
        <w:spacing w:after="60"/>
        <w:rPr>
          <w:rFonts w:hint="eastAsia"/>
        </w:rPr>
      </w:pPr>
      <w:r>
        <w:rPr>
          <w:color w:val="999999"/>
          <w:sz w:val="16"/>
        </w:rPr>
        <w:t>________________________________________________________________________________</w:t>
      </w:r>
      <w:r w:rsidR="001418DB">
        <w:rPr>
          <w:color w:val="999999"/>
          <w:sz w:val="16"/>
        </w:rPr>
        <w:t>_________________________________________________</w:t>
      </w:r>
    </w:p>
    <w:p w:rsidR="00B1653D" w:rsidRDefault="006F065E">
      <w:pPr>
        <w:spacing w:after="60"/>
        <w:rPr>
          <w:rFonts w:hint="eastAsia"/>
        </w:rPr>
      </w:pPr>
      <w:r>
        <w:rPr>
          <w:color w:val="999999"/>
          <w:sz w:val="16"/>
        </w:rPr>
        <w:t>________________________________________________________________________________</w:t>
      </w:r>
      <w:r w:rsidR="001418DB">
        <w:rPr>
          <w:color w:val="999999"/>
          <w:sz w:val="16"/>
        </w:rPr>
        <w:t>_________________________________________________</w:t>
      </w:r>
    </w:p>
    <w:p w:rsidR="00B1653D" w:rsidRDefault="006F065E">
      <w:pPr>
        <w:spacing w:after="60"/>
        <w:rPr>
          <w:rFonts w:hint="eastAsia"/>
        </w:rPr>
      </w:pPr>
      <w:r>
        <w:rPr>
          <w:color w:val="999999"/>
          <w:sz w:val="16"/>
        </w:rPr>
        <w:t>________________________________________________________________________________</w:t>
      </w:r>
      <w:r w:rsidR="001418DB">
        <w:rPr>
          <w:color w:val="999999"/>
          <w:sz w:val="16"/>
        </w:rPr>
        <w:t>_________________________________________________</w:t>
      </w: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t>8. SUPPORTING DOCUMENTS CHECKLIST</w:t>
            </w:r>
          </w:p>
        </w:tc>
      </w:tr>
    </w:tbl>
    <w:p w:rsidR="00B1653D" w:rsidRDefault="00B1653D">
      <w:pPr>
        <w:spacing w:after="20"/>
        <w:rPr>
          <w:rFonts w:hint="eastAsia"/>
        </w:rPr>
      </w:pPr>
    </w:p>
    <w:p w:rsidR="00B1653D" w:rsidRDefault="006F065E">
      <w:pPr>
        <w:spacing w:after="60"/>
        <w:rPr>
          <w:rFonts w:hint="eastAsia"/>
        </w:rPr>
      </w:pPr>
      <w:r>
        <w:rPr>
          <w:color w:val="173B73"/>
          <w:sz w:val="22"/>
        </w:rPr>
        <w:t xml:space="preserve">☐ </w:t>
      </w:r>
      <w:r>
        <w:rPr>
          <w:sz w:val="19"/>
        </w:rPr>
        <w:t>Current / previous IABE certificate or accreditation document</w:t>
      </w:r>
    </w:p>
    <w:p w:rsidR="00B1653D" w:rsidRDefault="006F065E">
      <w:pPr>
        <w:spacing w:after="60"/>
        <w:rPr>
          <w:rFonts w:hint="eastAsia"/>
        </w:rPr>
      </w:pPr>
      <w:r>
        <w:rPr>
          <w:color w:val="173B73"/>
          <w:sz w:val="22"/>
        </w:rPr>
        <w:t xml:space="preserve">☐ </w:t>
      </w:r>
      <w:r>
        <w:rPr>
          <w:sz w:val="19"/>
        </w:rPr>
        <w:t>Latest graduation summary or student graduation record</w:t>
      </w:r>
    </w:p>
    <w:p w:rsidR="00B1653D" w:rsidRDefault="006F065E">
      <w:pPr>
        <w:spacing w:after="60"/>
        <w:rPr>
          <w:rFonts w:hint="eastAsia"/>
        </w:rPr>
      </w:pPr>
      <w:r>
        <w:rPr>
          <w:color w:val="173B73"/>
          <w:sz w:val="22"/>
        </w:rPr>
        <w:t xml:space="preserve">☐ </w:t>
      </w:r>
      <w:r>
        <w:rPr>
          <w:sz w:val="19"/>
        </w:rPr>
        <w:t>Current list of academic programs</w:t>
      </w:r>
    </w:p>
    <w:p w:rsidR="00B1653D" w:rsidRDefault="006F065E">
      <w:pPr>
        <w:spacing w:after="60"/>
        <w:rPr>
          <w:rFonts w:hint="eastAsia"/>
        </w:rPr>
      </w:pPr>
      <w:r>
        <w:rPr>
          <w:color w:val="173B73"/>
          <w:sz w:val="22"/>
        </w:rPr>
        <w:t xml:space="preserve">☐ </w:t>
      </w:r>
      <w:r>
        <w:rPr>
          <w:sz w:val="19"/>
        </w:rPr>
        <w:t>Current faculty / instructor list</w:t>
      </w:r>
    </w:p>
    <w:p w:rsidR="00B1653D" w:rsidRDefault="006F065E">
      <w:pPr>
        <w:spacing w:after="60"/>
        <w:rPr>
          <w:rFonts w:hint="eastAsia"/>
        </w:rPr>
      </w:pPr>
      <w:r>
        <w:rPr>
          <w:color w:val="173B73"/>
          <w:sz w:val="22"/>
        </w:rPr>
        <w:t xml:space="preserve">☐ </w:t>
      </w:r>
      <w:r>
        <w:rPr>
          <w:sz w:val="19"/>
        </w:rPr>
        <w:t>Institutional website information</w:t>
      </w:r>
    </w:p>
    <w:p w:rsidR="00B1653D" w:rsidRDefault="006F065E">
      <w:pPr>
        <w:spacing w:after="60"/>
        <w:rPr>
          <w:rFonts w:hint="eastAsia"/>
        </w:rPr>
      </w:pPr>
      <w:r>
        <w:rPr>
          <w:color w:val="173B73"/>
          <w:sz w:val="22"/>
        </w:rPr>
        <w:t xml:space="preserve">☐ </w:t>
      </w:r>
      <w:r>
        <w:rPr>
          <w:sz w:val="19"/>
        </w:rPr>
        <w:t>Any updated legal / registration documents, if applicable</w:t>
      </w:r>
    </w:p>
    <w:p w:rsidR="00B1653D" w:rsidRDefault="006F065E">
      <w:pPr>
        <w:spacing w:after="60"/>
        <w:rPr>
          <w:rFonts w:hint="eastAsia"/>
        </w:rPr>
      </w:pPr>
      <w:r>
        <w:rPr>
          <w:color w:val="173B73"/>
          <w:sz w:val="22"/>
        </w:rPr>
        <w:t xml:space="preserve">☐ </w:t>
      </w:r>
      <w:r>
        <w:rPr>
          <w:sz w:val="19"/>
        </w:rPr>
        <w:t>Other documents requested by IABE</w:t>
      </w: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t>9. RENEWAL FEES</w:t>
            </w:r>
          </w:p>
        </w:tc>
      </w:tr>
    </w:tbl>
    <w:p w:rsidR="00B1653D" w:rsidRDefault="00B1653D">
      <w:pPr>
        <w:spacing w:after="20"/>
        <w:rPr>
          <w:rFonts w:hint="eastAsia"/>
        </w:rPr>
      </w:pPr>
    </w:p>
    <w:tbl>
      <w:tblPr>
        <w:tblW w:w="0" w:type="auto"/>
        <w:jc w:val="center"/>
        <w:tblLook w:val="04A0" w:firstRow="1" w:lastRow="0" w:firstColumn="1" w:lastColumn="0" w:noHBand="0" w:noVBand="1"/>
      </w:tblPr>
      <w:tblGrid>
        <w:gridCol w:w="3456"/>
        <w:gridCol w:w="3456"/>
        <w:gridCol w:w="3456"/>
      </w:tblGrid>
      <w:tr w:rsidR="00B1653D">
        <w:trPr>
          <w:cantSplit/>
          <w:jc w:val="center"/>
        </w:trPr>
        <w:tc>
          <w:tcPr>
            <w:tcW w:w="3456" w:type="dxa"/>
            <w:shd w:val="clear" w:color="auto" w:fill="173B73"/>
            <w:vAlign w:val="center"/>
          </w:tcPr>
          <w:p w:rsidR="00B1653D" w:rsidRDefault="006F065E">
            <w:pPr>
              <w:jc w:val="center"/>
              <w:rPr>
                <w:rFonts w:hint="eastAsia"/>
              </w:rPr>
            </w:pPr>
            <w:r>
              <w:rPr>
                <w:b/>
                <w:color w:val="FFFFFF"/>
                <w:sz w:val="19"/>
              </w:rPr>
              <w:t>Fee Type</w:t>
            </w:r>
          </w:p>
        </w:tc>
        <w:tc>
          <w:tcPr>
            <w:tcW w:w="3456" w:type="dxa"/>
            <w:shd w:val="clear" w:color="auto" w:fill="173B73"/>
            <w:vAlign w:val="center"/>
          </w:tcPr>
          <w:p w:rsidR="00B1653D" w:rsidRDefault="006F065E">
            <w:pPr>
              <w:jc w:val="center"/>
              <w:rPr>
                <w:rFonts w:hint="eastAsia"/>
              </w:rPr>
            </w:pPr>
            <w:r>
              <w:rPr>
                <w:b/>
                <w:color w:val="FFFFFF"/>
                <w:sz w:val="19"/>
              </w:rPr>
              <w:t>Amount (USD)</w:t>
            </w:r>
          </w:p>
        </w:tc>
        <w:tc>
          <w:tcPr>
            <w:tcW w:w="3456" w:type="dxa"/>
            <w:shd w:val="clear" w:color="auto" w:fill="173B73"/>
            <w:vAlign w:val="center"/>
          </w:tcPr>
          <w:p w:rsidR="00B1653D" w:rsidRDefault="006F065E">
            <w:pPr>
              <w:jc w:val="center"/>
              <w:rPr>
                <w:rFonts w:hint="eastAsia"/>
              </w:rPr>
            </w:pPr>
            <w:r>
              <w:rPr>
                <w:b/>
                <w:color w:val="FFFFFF"/>
                <w:sz w:val="19"/>
              </w:rPr>
              <w:t>Select</w:t>
            </w:r>
          </w:p>
        </w:tc>
      </w:tr>
      <w:tr w:rsidR="00B1653D">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rPr>
                <w:rFonts w:hint="eastAsia"/>
              </w:rPr>
            </w:pPr>
            <w:r>
              <w:rPr>
                <w:color w:val="000000"/>
                <w:sz w:val="18"/>
              </w:rPr>
              <w:t>Membership Fee</w:t>
            </w:r>
          </w:p>
        </w:tc>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jc w:val="center"/>
              <w:rPr>
                <w:rFonts w:hint="eastAsia"/>
              </w:rPr>
            </w:pPr>
            <w:r>
              <w:rPr>
                <w:b/>
                <w:color w:val="173B73"/>
                <w:sz w:val="18"/>
              </w:rPr>
              <w:t>$100.00</w:t>
            </w:r>
          </w:p>
        </w:tc>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jc w:val="center"/>
              <w:rPr>
                <w:rFonts w:hint="eastAsia"/>
              </w:rPr>
            </w:pPr>
            <w:r>
              <w:rPr>
                <w:color w:val="000000"/>
                <w:sz w:val="24"/>
              </w:rPr>
              <w:t>☐</w:t>
            </w:r>
          </w:p>
        </w:tc>
      </w:tr>
      <w:tr w:rsidR="00B1653D">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rPr>
                <w:rFonts w:hint="eastAsia"/>
              </w:rPr>
            </w:pPr>
            <w:r>
              <w:rPr>
                <w:color w:val="000000"/>
                <w:sz w:val="18"/>
              </w:rPr>
              <w:t>Accreditation Fee – Certificate &amp; Diploma</w:t>
            </w:r>
          </w:p>
        </w:tc>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jc w:val="center"/>
              <w:rPr>
                <w:rFonts w:hint="eastAsia"/>
              </w:rPr>
            </w:pPr>
            <w:r>
              <w:rPr>
                <w:b/>
                <w:color w:val="173B73"/>
                <w:sz w:val="18"/>
              </w:rPr>
              <w:t>$150.00</w:t>
            </w:r>
          </w:p>
        </w:tc>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jc w:val="center"/>
              <w:rPr>
                <w:rFonts w:hint="eastAsia"/>
              </w:rPr>
            </w:pPr>
            <w:r>
              <w:rPr>
                <w:color w:val="000000"/>
                <w:sz w:val="24"/>
              </w:rPr>
              <w:t>☐</w:t>
            </w:r>
          </w:p>
        </w:tc>
      </w:tr>
      <w:tr w:rsidR="00B1653D">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rPr>
                <w:rFonts w:hint="eastAsia"/>
              </w:rPr>
            </w:pPr>
            <w:r>
              <w:rPr>
                <w:color w:val="000000"/>
                <w:sz w:val="18"/>
              </w:rPr>
              <w:t>Accreditation Fee – Bachelor Degrees</w:t>
            </w:r>
          </w:p>
        </w:tc>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jc w:val="center"/>
              <w:rPr>
                <w:rFonts w:hint="eastAsia"/>
              </w:rPr>
            </w:pPr>
            <w:r>
              <w:rPr>
                <w:b/>
                <w:color w:val="173B73"/>
                <w:sz w:val="18"/>
              </w:rPr>
              <w:t>$170.00</w:t>
            </w:r>
          </w:p>
        </w:tc>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jc w:val="center"/>
              <w:rPr>
                <w:rFonts w:hint="eastAsia"/>
              </w:rPr>
            </w:pPr>
            <w:r>
              <w:rPr>
                <w:color w:val="000000"/>
                <w:sz w:val="24"/>
              </w:rPr>
              <w:t>☐</w:t>
            </w:r>
          </w:p>
        </w:tc>
      </w:tr>
      <w:tr w:rsidR="00B1653D">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rPr>
                <w:rFonts w:hint="eastAsia"/>
              </w:rPr>
            </w:pPr>
            <w:r>
              <w:rPr>
                <w:color w:val="000000"/>
                <w:sz w:val="18"/>
              </w:rPr>
              <w:t>Accreditation Fee – Master Degrees</w:t>
            </w:r>
          </w:p>
        </w:tc>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jc w:val="center"/>
              <w:rPr>
                <w:rFonts w:hint="eastAsia"/>
              </w:rPr>
            </w:pPr>
            <w:r>
              <w:rPr>
                <w:b/>
                <w:color w:val="173B73"/>
                <w:sz w:val="18"/>
              </w:rPr>
              <w:t>$200.00</w:t>
            </w:r>
          </w:p>
        </w:tc>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jc w:val="center"/>
              <w:rPr>
                <w:rFonts w:hint="eastAsia"/>
              </w:rPr>
            </w:pPr>
            <w:r>
              <w:rPr>
                <w:color w:val="000000"/>
                <w:sz w:val="24"/>
              </w:rPr>
              <w:t>☐</w:t>
            </w:r>
          </w:p>
        </w:tc>
      </w:tr>
      <w:tr w:rsidR="00B1653D">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rPr>
                <w:rFonts w:hint="eastAsia"/>
              </w:rPr>
            </w:pPr>
            <w:r>
              <w:rPr>
                <w:color w:val="000000"/>
                <w:sz w:val="18"/>
              </w:rPr>
              <w:t>Accreditation Fee – Doctorate Degrees</w:t>
            </w:r>
          </w:p>
        </w:tc>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jc w:val="center"/>
              <w:rPr>
                <w:rFonts w:hint="eastAsia"/>
              </w:rPr>
            </w:pPr>
            <w:r>
              <w:rPr>
                <w:b/>
                <w:color w:val="173B73"/>
                <w:sz w:val="18"/>
              </w:rPr>
              <w:t>$250.00</w:t>
            </w:r>
          </w:p>
        </w:tc>
        <w:tc>
          <w:tcPr>
            <w:tcW w:w="3456" w:type="dxa"/>
            <w:tcBorders>
              <w:top w:val="single" w:sz="5" w:space="0" w:color="D9DDE3"/>
              <w:left w:val="single" w:sz="5" w:space="0" w:color="D9DDE3"/>
              <w:bottom w:val="single" w:sz="5" w:space="0" w:color="D9DDE3"/>
              <w:right w:val="single" w:sz="5" w:space="0" w:color="D9DDE3"/>
            </w:tcBorders>
            <w:vAlign w:val="center"/>
          </w:tcPr>
          <w:p w:rsidR="00B1653D" w:rsidRDefault="006F065E">
            <w:pPr>
              <w:jc w:val="center"/>
              <w:rPr>
                <w:rFonts w:hint="eastAsia"/>
              </w:rPr>
            </w:pPr>
            <w:r>
              <w:rPr>
                <w:color w:val="000000"/>
                <w:sz w:val="24"/>
              </w:rPr>
              <w:t>☐</w:t>
            </w:r>
          </w:p>
        </w:tc>
      </w:tr>
    </w:tbl>
    <w:p w:rsidR="00B1653D" w:rsidRDefault="00B1653D">
      <w:pPr>
        <w:spacing w:after="40"/>
        <w:rPr>
          <w:rFonts w:hint="eastAsia"/>
        </w:rPr>
      </w:pPr>
    </w:p>
    <w:p w:rsidR="00E052C4" w:rsidRDefault="00E052C4">
      <w:pPr>
        <w:spacing w:after="40"/>
        <w:rPr>
          <w:rFonts w:hint="eastAsia"/>
        </w:rPr>
      </w:pPr>
    </w:p>
    <w:p w:rsidR="00E052C4" w:rsidRDefault="00E052C4">
      <w:pPr>
        <w:spacing w:after="40"/>
        <w:rPr>
          <w:rFonts w:hint="eastAsia"/>
        </w:rPr>
      </w:pPr>
    </w:p>
    <w:p w:rsidR="00E052C4" w:rsidRDefault="00E052C4">
      <w:pPr>
        <w:spacing w:after="40"/>
        <w:rPr>
          <w:rFonts w:hint="eastAsia"/>
        </w:rPr>
      </w:pPr>
    </w:p>
    <w:p w:rsidR="00B1653D" w:rsidRDefault="006F065E">
      <w:pPr>
        <w:spacing w:after="80"/>
        <w:rPr>
          <w:rFonts w:hint="eastAsia"/>
        </w:rPr>
      </w:pPr>
      <w:r>
        <w:rPr>
          <w:b/>
          <w:sz w:val="19"/>
        </w:rPr>
        <w:t>I agree to pay the applicable renewal membership and/or accreditation fee(s) listed above.</w:t>
      </w: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t>10. DECLARATION</w:t>
            </w:r>
          </w:p>
        </w:tc>
      </w:tr>
    </w:tbl>
    <w:p w:rsidR="00B1653D" w:rsidRDefault="00B1653D">
      <w:pPr>
        <w:spacing w:after="20"/>
        <w:rPr>
          <w:rFonts w:hint="eastAsia"/>
        </w:rPr>
      </w:pPr>
    </w:p>
    <w:p w:rsidR="00B1653D" w:rsidRDefault="006F065E">
      <w:pPr>
        <w:spacing w:after="120"/>
        <w:rPr>
          <w:rFonts w:hint="eastAsia"/>
        </w:rPr>
      </w:pPr>
      <w:r>
        <w:rPr>
          <w:sz w:val="18"/>
        </w:rPr>
        <w:t>I hereby declare that all information provided in this renewal application is correct, complete, and true to the best of my knowledge and belief. I confirm that the institution has disclosed all material changes relevant to its IABE membership and/or accreditation. I understand that IABE has the right to review, request additional documentation, defer, suspend, or cancel the renewal if any information is found to be false, incomplete, misleading, or inconsistent with IABE requirements.</w:t>
      </w:r>
    </w:p>
    <w:p w:rsidR="00B1653D" w:rsidRDefault="006F065E">
      <w:pPr>
        <w:spacing w:after="60"/>
        <w:rPr>
          <w:rFonts w:hint="eastAsia"/>
        </w:rPr>
      </w:pPr>
      <w:r>
        <w:rPr>
          <w:b/>
          <w:sz w:val="19"/>
        </w:rPr>
        <w:t>☐ I agree to the above declaration and authorize IABE to verify the information submitted.</w:t>
      </w: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t>11. AUTHORIZED SIGNATURE</w:t>
            </w:r>
          </w:p>
        </w:tc>
      </w:tr>
    </w:tbl>
    <w:p w:rsidR="00B1653D" w:rsidRDefault="00B1653D">
      <w:pPr>
        <w:spacing w:after="20"/>
        <w:rPr>
          <w:rFonts w:hint="eastAsia"/>
        </w:rPr>
      </w:pPr>
    </w:p>
    <w:tbl>
      <w:tblPr>
        <w:tblW w:w="0" w:type="auto"/>
        <w:jc w:val="center"/>
        <w:tblLook w:val="04A0" w:firstRow="1" w:lastRow="0" w:firstColumn="1" w:lastColumn="0" w:noHBand="0" w:noVBand="1"/>
      </w:tblPr>
      <w:tblGrid>
        <w:gridCol w:w="5184"/>
        <w:gridCol w:w="5184"/>
      </w:tblGrid>
      <w:tr w:rsidR="00B1653D">
        <w:trPr>
          <w:cantSplit/>
          <w:jc w:val="center"/>
        </w:trPr>
        <w:tc>
          <w:tcPr>
            <w:tcW w:w="5184" w:type="dxa"/>
            <w:tcBorders>
              <w:bottom w:val="single" w:sz="5" w:space="0" w:color="D9DDE3"/>
            </w:tcBorders>
            <w:vAlign w:val="center"/>
          </w:tcPr>
          <w:p w:rsidR="00B1653D" w:rsidRDefault="006F065E">
            <w:pPr>
              <w:rPr>
                <w:rFonts w:hint="eastAsia"/>
              </w:rPr>
            </w:pPr>
            <w:r>
              <w:rPr>
                <w:b/>
                <w:color w:val="173B73"/>
                <w:sz w:val="18"/>
              </w:rPr>
              <w:t>Name of President / Authorized Representative</w:t>
            </w:r>
          </w:p>
        </w:tc>
        <w:tc>
          <w:tcPr>
            <w:tcW w:w="5184" w:type="dxa"/>
            <w:tcBorders>
              <w:bottom w:val="single" w:sz="5" w:space="0" w:color="D9DDE3"/>
            </w:tcBorders>
            <w:vAlign w:val="center"/>
          </w:tcPr>
          <w:p w:rsidR="00E052C4" w:rsidRDefault="00E052C4">
            <w:pPr>
              <w:rPr>
                <w:rFonts w:hint="eastAsia"/>
                <w:color w:val="000000"/>
                <w:sz w:val="18"/>
              </w:rPr>
            </w:pPr>
          </w:p>
          <w:p w:rsidR="00B1653D" w:rsidRDefault="006F065E">
            <w:pPr>
              <w:rPr>
                <w:rFonts w:hint="eastAsia"/>
              </w:rPr>
            </w:pPr>
            <w:r>
              <w:rPr>
                <w:color w:val="000000"/>
                <w:sz w:val="18"/>
              </w:rPr>
              <w:t>____________________________________________</w:t>
            </w:r>
            <w:r w:rsidR="00F0426B">
              <w:rPr>
                <w:color w:val="000000"/>
                <w:sz w:val="18"/>
              </w:rPr>
              <w:t>___________</w:t>
            </w:r>
          </w:p>
        </w:tc>
      </w:tr>
      <w:tr w:rsidR="00B1653D">
        <w:trPr>
          <w:cantSplit/>
          <w:jc w:val="center"/>
        </w:trPr>
        <w:tc>
          <w:tcPr>
            <w:tcW w:w="5184" w:type="dxa"/>
            <w:tcBorders>
              <w:bottom w:val="single" w:sz="5" w:space="0" w:color="D9DDE3"/>
            </w:tcBorders>
            <w:vAlign w:val="center"/>
          </w:tcPr>
          <w:p w:rsidR="00B1653D" w:rsidRDefault="006F065E">
            <w:pPr>
              <w:rPr>
                <w:rFonts w:hint="eastAsia"/>
              </w:rPr>
            </w:pPr>
            <w:r>
              <w:rPr>
                <w:b/>
                <w:color w:val="173B73"/>
                <w:sz w:val="18"/>
              </w:rPr>
              <w:t>Designation / Title</w:t>
            </w:r>
          </w:p>
        </w:tc>
        <w:tc>
          <w:tcPr>
            <w:tcW w:w="5184" w:type="dxa"/>
            <w:tcBorders>
              <w:bottom w:val="single" w:sz="5" w:space="0" w:color="D9DDE3"/>
            </w:tcBorders>
            <w:vAlign w:val="center"/>
          </w:tcPr>
          <w:p w:rsidR="00E052C4" w:rsidRDefault="00E052C4">
            <w:pPr>
              <w:rPr>
                <w:rFonts w:hint="eastAsia"/>
                <w:color w:val="000000"/>
                <w:sz w:val="18"/>
              </w:rPr>
            </w:pPr>
          </w:p>
          <w:p w:rsidR="00B1653D" w:rsidRDefault="006F065E">
            <w:pPr>
              <w:rPr>
                <w:rFonts w:hint="eastAsia"/>
              </w:rPr>
            </w:pPr>
            <w:r>
              <w:rPr>
                <w:color w:val="000000"/>
                <w:sz w:val="18"/>
              </w:rPr>
              <w:t>____________________________________________</w:t>
            </w:r>
            <w:r w:rsidR="00F0426B">
              <w:rPr>
                <w:color w:val="000000"/>
                <w:sz w:val="18"/>
              </w:rPr>
              <w:t>___________</w:t>
            </w:r>
          </w:p>
        </w:tc>
      </w:tr>
      <w:tr w:rsidR="00B1653D">
        <w:trPr>
          <w:cantSplit/>
          <w:jc w:val="center"/>
        </w:trPr>
        <w:tc>
          <w:tcPr>
            <w:tcW w:w="5184" w:type="dxa"/>
            <w:tcBorders>
              <w:bottom w:val="single" w:sz="5" w:space="0" w:color="D9DDE3"/>
            </w:tcBorders>
            <w:vAlign w:val="center"/>
          </w:tcPr>
          <w:p w:rsidR="00B1653D" w:rsidRDefault="006F065E">
            <w:pPr>
              <w:rPr>
                <w:rFonts w:hint="eastAsia"/>
              </w:rPr>
            </w:pPr>
            <w:r>
              <w:rPr>
                <w:b/>
                <w:color w:val="173B73"/>
                <w:sz w:val="18"/>
              </w:rPr>
              <w:t>Signature</w:t>
            </w:r>
          </w:p>
        </w:tc>
        <w:tc>
          <w:tcPr>
            <w:tcW w:w="5184" w:type="dxa"/>
            <w:tcBorders>
              <w:bottom w:val="single" w:sz="5" w:space="0" w:color="D9DDE3"/>
            </w:tcBorders>
            <w:vAlign w:val="center"/>
          </w:tcPr>
          <w:p w:rsidR="00E052C4" w:rsidRDefault="00E052C4">
            <w:pPr>
              <w:rPr>
                <w:rFonts w:hint="eastAsia"/>
                <w:color w:val="000000"/>
                <w:sz w:val="18"/>
              </w:rPr>
            </w:pPr>
          </w:p>
          <w:p w:rsidR="00B1653D" w:rsidRDefault="006F065E">
            <w:pPr>
              <w:rPr>
                <w:rFonts w:hint="eastAsia"/>
              </w:rPr>
            </w:pPr>
            <w:r>
              <w:rPr>
                <w:color w:val="000000"/>
                <w:sz w:val="18"/>
              </w:rPr>
              <w:t>____________________________________________</w:t>
            </w:r>
            <w:r w:rsidR="00F0426B">
              <w:rPr>
                <w:color w:val="000000"/>
                <w:sz w:val="18"/>
              </w:rPr>
              <w:t>___________</w:t>
            </w:r>
          </w:p>
        </w:tc>
      </w:tr>
      <w:tr w:rsidR="00B1653D">
        <w:trPr>
          <w:cantSplit/>
          <w:jc w:val="center"/>
        </w:trPr>
        <w:tc>
          <w:tcPr>
            <w:tcW w:w="5184" w:type="dxa"/>
            <w:tcBorders>
              <w:bottom w:val="single" w:sz="5" w:space="0" w:color="D9DDE3"/>
            </w:tcBorders>
            <w:vAlign w:val="center"/>
          </w:tcPr>
          <w:p w:rsidR="00B1653D" w:rsidRDefault="006F065E">
            <w:pPr>
              <w:rPr>
                <w:rFonts w:hint="eastAsia"/>
              </w:rPr>
            </w:pPr>
            <w:r>
              <w:rPr>
                <w:b/>
                <w:color w:val="173B73"/>
                <w:sz w:val="18"/>
              </w:rPr>
              <w:t>Date</w:t>
            </w:r>
          </w:p>
        </w:tc>
        <w:tc>
          <w:tcPr>
            <w:tcW w:w="5184" w:type="dxa"/>
            <w:tcBorders>
              <w:bottom w:val="single" w:sz="5" w:space="0" w:color="D9DDE3"/>
            </w:tcBorders>
            <w:vAlign w:val="center"/>
          </w:tcPr>
          <w:p w:rsidR="00E052C4" w:rsidRDefault="00E052C4">
            <w:pPr>
              <w:rPr>
                <w:rFonts w:hint="eastAsia"/>
                <w:color w:val="000000"/>
                <w:sz w:val="18"/>
              </w:rPr>
            </w:pPr>
          </w:p>
          <w:p w:rsidR="00B1653D" w:rsidRDefault="006F065E">
            <w:pPr>
              <w:rPr>
                <w:rFonts w:hint="eastAsia"/>
              </w:rPr>
            </w:pPr>
            <w:r>
              <w:rPr>
                <w:color w:val="000000"/>
                <w:sz w:val="18"/>
              </w:rPr>
              <w:t>____________________________________________</w:t>
            </w:r>
            <w:r w:rsidR="00F0426B">
              <w:rPr>
                <w:color w:val="000000"/>
                <w:sz w:val="18"/>
              </w:rPr>
              <w:t>___________</w:t>
            </w:r>
          </w:p>
        </w:tc>
      </w:tr>
    </w:tbl>
    <w:p w:rsidR="00B1653D" w:rsidRDefault="00B1653D">
      <w:pPr>
        <w:spacing w:after="80"/>
        <w:rPr>
          <w:rFonts w:hint="eastAsia"/>
        </w:rPr>
      </w:pPr>
    </w:p>
    <w:tbl>
      <w:tblPr>
        <w:tblW w:w="0" w:type="auto"/>
        <w:jc w:val="center"/>
        <w:tblLook w:val="04A0" w:firstRow="1" w:lastRow="0" w:firstColumn="1" w:lastColumn="0" w:noHBand="0" w:noVBand="1"/>
      </w:tblPr>
      <w:tblGrid>
        <w:gridCol w:w="10368"/>
      </w:tblGrid>
      <w:tr w:rsidR="00B1653D">
        <w:trPr>
          <w:cantSplit/>
          <w:jc w:val="center"/>
        </w:trPr>
        <w:tc>
          <w:tcPr>
            <w:tcW w:w="10368" w:type="dxa"/>
            <w:shd w:val="clear" w:color="auto" w:fill="173B73"/>
            <w:vAlign w:val="center"/>
          </w:tcPr>
          <w:p w:rsidR="00B1653D" w:rsidRDefault="006F065E">
            <w:pPr>
              <w:spacing w:before="40" w:after="40"/>
              <w:rPr>
                <w:rFonts w:hint="eastAsia"/>
              </w:rPr>
            </w:pPr>
            <w:r>
              <w:rPr>
                <w:b/>
                <w:color w:val="FFFFFF"/>
              </w:rPr>
              <w:t>12. FOR IABE OFFICE USE ONLY</w:t>
            </w:r>
          </w:p>
        </w:tc>
      </w:tr>
    </w:tbl>
    <w:p w:rsidR="00B1653D" w:rsidRDefault="00B1653D">
      <w:pPr>
        <w:spacing w:after="20"/>
        <w:rPr>
          <w:rFonts w:hint="eastAsia"/>
        </w:rPr>
      </w:pPr>
    </w:p>
    <w:tbl>
      <w:tblPr>
        <w:tblW w:w="0" w:type="auto"/>
        <w:jc w:val="center"/>
        <w:tblLook w:val="04A0" w:firstRow="1" w:lastRow="0" w:firstColumn="1" w:lastColumn="0" w:noHBand="0" w:noVBand="1"/>
      </w:tblPr>
      <w:tblGrid>
        <w:gridCol w:w="5184"/>
        <w:gridCol w:w="5256"/>
      </w:tblGrid>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vAlign w:val="center"/>
          </w:tcPr>
          <w:p w:rsidR="00B1653D" w:rsidRDefault="006F065E">
            <w:pPr>
              <w:rPr>
                <w:rFonts w:hint="eastAsia"/>
              </w:rPr>
            </w:pPr>
            <w:r>
              <w:rPr>
                <w:b/>
                <w:color w:val="173B73"/>
                <w:sz w:val="18"/>
              </w:rPr>
              <w:t>Application Received Date</w:t>
            </w:r>
          </w:p>
        </w:tc>
        <w:tc>
          <w:tcPr>
            <w:tcW w:w="5184" w:type="dxa"/>
            <w:tcBorders>
              <w:top w:val="single" w:sz="5" w:space="0" w:color="D9DDE3"/>
              <w:left w:val="single" w:sz="5" w:space="0" w:color="D9DDE3"/>
              <w:bottom w:val="single" w:sz="5" w:space="0" w:color="D9DDE3"/>
              <w:right w:val="single" w:sz="5" w:space="0" w:color="D9DDE3"/>
            </w:tcBorders>
            <w:vAlign w:val="center"/>
          </w:tcPr>
          <w:p w:rsidR="00E052C4" w:rsidRDefault="00E052C4">
            <w:pPr>
              <w:rPr>
                <w:rFonts w:hint="eastAsia"/>
                <w:color w:val="000000"/>
                <w:sz w:val="18"/>
              </w:rPr>
            </w:pPr>
          </w:p>
          <w:p w:rsidR="00B1653D" w:rsidRDefault="006F065E">
            <w:pPr>
              <w:rPr>
                <w:rFonts w:hint="eastAsia"/>
              </w:rPr>
            </w:pPr>
            <w:r>
              <w:rPr>
                <w:color w:val="000000"/>
                <w:sz w:val="18"/>
              </w:rPr>
              <w:t>________________________________________________________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vAlign w:val="center"/>
          </w:tcPr>
          <w:p w:rsidR="00B1653D" w:rsidRDefault="006F065E">
            <w:pPr>
              <w:rPr>
                <w:rFonts w:hint="eastAsia"/>
              </w:rPr>
            </w:pPr>
            <w:r>
              <w:rPr>
                <w:b/>
                <w:color w:val="173B73"/>
                <w:sz w:val="18"/>
              </w:rPr>
              <w:t>Application / Renewal Reference Number</w:t>
            </w:r>
          </w:p>
        </w:tc>
        <w:tc>
          <w:tcPr>
            <w:tcW w:w="5184" w:type="dxa"/>
            <w:tcBorders>
              <w:top w:val="single" w:sz="5" w:space="0" w:color="D9DDE3"/>
              <w:left w:val="single" w:sz="5" w:space="0" w:color="D9DDE3"/>
              <w:bottom w:val="single" w:sz="5" w:space="0" w:color="D9DDE3"/>
              <w:right w:val="single" w:sz="5" w:space="0" w:color="D9DDE3"/>
            </w:tcBorders>
            <w:vAlign w:val="center"/>
          </w:tcPr>
          <w:p w:rsidR="00E052C4" w:rsidRDefault="00E052C4">
            <w:pPr>
              <w:rPr>
                <w:rFonts w:hint="eastAsia"/>
                <w:color w:val="000000"/>
                <w:sz w:val="18"/>
              </w:rPr>
            </w:pPr>
          </w:p>
          <w:p w:rsidR="00B1653D" w:rsidRDefault="006F065E">
            <w:pPr>
              <w:rPr>
                <w:rFonts w:hint="eastAsia"/>
              </w:rPr>
            </w:pPr>
            <w:r>
              <w:rPr>
                <w:color w:val="000000"/>
                <w:sz w:val="18"/>
              </w:rPr>
              <w:t>________________________________________________________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vAlign w:val="center"/>
          </w:tcPr>
          <w:p w:rsidR="00B1653D" w:rsidRDefault="006F065E">
            <w:pPr>
              <w:rPr>
                <w:rFonts w:hint="eastAsia"/>
              </w:rPr>
            </w:pPr>
            <w:r>
              <w:rPr>
                <w:b/>
                <w:color w:val="173B73"/>
                <w:sz w:val="18"/>
              </w:rPr>
              <w:t>Documents Verified By</w:t>
            </w:r>
          </w:p>
        </w:tc>
        <w:tc>
          <w:tcPr>
            <w:tcW w:w="5184" w:type="dxa"/>
            <w:tcBorders>
              <w:top w:val="single" w:sz="5" w:space="0" w:color="D9DDE3"/>
              <w:left w:val="single" w:sz="5" w:space="0" w:color="D9DDE3"/>
              <w:bottom w:val="single" w:sz="5" w:space="0" w:color="D9DDE3"/>
              <w:right w:val="single" w:sz="5" w:space="0" w:color="D9DDE3"/>
            </w:tcBorders>
            <w:vAlign w:val="center"/>
          </w:tcPr>
          <w:p w:rsidR="00E052C4" w:rsidRDefault="00E052C4">
            <w:pPr>
              <w:rPr>
                <w:rFonts w:hint="eastAsia"/>
                <w:color w:val="000000"/>
                <w:sz w:val="18"/>
              </w:rPr>
            </w:pPr>
          </w:p>
          <w:p w:rsidR="00B1653D" w:rsidRDefault="006F065E">
            <w:pPr>
              <w:rPr>
                <w:rFonts w:hint="eastAsia"/>
              </w:rPr>
            </w:pPr>
            <w:r>
              <w:rPr>
                <w:color w:val="000000"/>
                <w:sz w:val="18"/>
              </w:rPr>
              <w:t>________________________________________________________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vAlign w:val="center"/>
          </w:tcPr>
          <w:p w:rsidR="00B1653D" w:rsidRDefault="006F065E">
            <w:pPr>
              <w:rPr>
                <w:rFonts w:hint="eastAsia"/>
              </w:rPr>
            </w:pPr>
            <w:r>
              <w:rPr>
                <w:b/>
                <w:color w:val="173B73"/>
                <w:sz w:val="18"/>
              </w:rPr>
              <w:t>Review / Decision Date</w:t>
            </w:r>
          </w:p>
        </w:tc>
        <w:tc>
          <w:tcPr>
            <w:tcW w:w="5184" w:type="dxa"/>
            <w:tcBorders>
              <w:top w:val="single" w:sz="5" w:space="0" w:color="D9DDE3"/>
              <w:left w:val="single" w:sz="5" w:space="0" w:color="D9DDE3"/>
              <w:bottom w:val="single" w:sz="5" w:space="0" w:color="D9DDE3"/>
              <w:right w:val="single" w:sz="5" w:space="0" w:color="D9DDE3"/>
            </w:tcBorders>
            <w:vAlign w:val="center"/>
          </w:tcPr>
          <w:p w:rsidR="00E052C4" w:rsidRDefault="00E052C4">
            <w:pPr>
              <w:rPr>
                <w:rFonts w:hint="eastAsia"/>
                <w:color w:val="000000"/>
                <w:sz w:val="18"/>
              </w:rPr>
            </w:pPr>
          </w:p>
          <w:p w:rsidR="00B1653D" w:rsidRDefault="006F065E">
            <w:pPr>
              <w:rPr>
                <w:rFonts w:hint="eastAsia"/>
              </w:rPr>
            </w:pPr>
            <w:r>
              <w:rPr>
                <w:color w:val="000000"/>
                <w:sz w:val="18"/>
              </w:rPr>
              <w:t>________________________________________________________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vAlign w:val="center"/>
          </w:tcPr>
          <w:p w:rsidR="00B1653D" w:rsidRDefault="006F065E">
            <w:pPr>
              <w:rPr>
                <w:rFonts w:hint="eastAsia"/>
              </w:rPr>
            </w:pPr>
            <w:r>
              <w:rPr>
                <w:b/>
                <w:color w:val="173B73"/>
                <w:sz w:val="18"/>
              </w:rPr>
              <w:t>Renewal Approved Until</w:t>
            </w:r>
          </w:p>
        </w:tc>
        <w:tc>
          <w:tcPr>
            <w:tcW w:w="5184" w:type="dxa"/>
            <w:tcBorders>
              <w:top w:val="single" w:sz="5" w:space="0" w:color="D9DDE3"/>
              <w:left w:val="single" w:sz="5" w:space="0" w:color="D9DDE3"/>
              <w:bottom w:val="single" w:sz="5" w:space="0" w:color="D9DDE3"/>
              <w:right w:val="single" w:sz="5" w:space="0" w:color="D9DDE3"/>
            </w:tcBorders>
            <w:vAlign w:val="center"/>
          </w:tcPr>
          <w:p w:rsidR="00E052C4" w:rsidRDefault="00E052C4">
            <w:pPr>
              <w:rPr>
                <w:rFonts w:hint="eastAsia"/>
                <w:color w:val="000000"/>
                <w:sz w:val="18"/>
              </w:rPr>
            </w:pPr>
          </w:p>
          <w:p w:rsidR="00B1653D" w:rsidRDefault="006F065E">
            <w:pPr>
              <w:rPr>
                <w:rFonts w:hint="eastAsia"/>
              </w:rPr>
            </w:pPr>
            <w:r>
              <w:rPr>
                <w:color w:val="000000"/>
                <w:sz w:val="18"/>
              </w:rPr>
              <w:t>________________________________________________________</w:t>
            </w:r>
          </w:p>
        </w:tc>
      </w:tr>
      <w:tr w:rsidR="00B1653D">
        <w:trPr>
          <w:cantSplit/>
          <w:jc w:val="center"/>
        </w:trPr>
        <w:tc>
          <w:tcPr>
            <w:tcW w:w="5184" w:type="dxa"/>
            <w:tcBorders>
              <w:top w:val="single" w:sz="5" w:space="0" w:color="D9DDE3"/>
              <w:left w:val="single" w:sz="5" w:space="0" w:color="D9DDE3"/>
              <w:bottom w:val="single" w:sz="5" w:space="0" w:color="D9DDE3"/>
              <w:right w:val="single" w:sz="5" w:space="0" w:color="D9DDE3"/>
            </w:tcBorders>
            <w:vAlign w:val="center"/>
          </w:tcPr>
          <w:p w:rsidR="00B1653D" w:rsidRDefault="006F065E">
            <w:pPr>
              <w:rPr>
                <w:rFonts w:hint="eastAsia"/>
              </w:rPr>
            </w:pPr>
            <w:r>
              <w:rPr>
                <w:b/>
                <w:color w:val="173B73"/>
                <w:sz w:val="18"/>
              </w:rPr>
              <w:t>IABE Remarks</w:t>
            </w:r>
          </w:p>
        </w:tc>
        <w:tc>
          <w:tcPr>
            <w:tcW w:w="5184" w:type="dxa"/>
            <w:tcBorders>
              <w:top w:val="single" w:sz="5" w:space="0" w:color="D9DDE3"/>
              <w:left w:val="single" w:sz="5" w:space="0" w:color="D9DDE3"/>
              <w:bottom w:val="single" w:sz="5" w:space="0" w:color="D9DDE3"/>
              <w:right w:val="single" w:sz="5" w:space="0" w:color="D9DDE3"/>
            </w:tcBorders>
            <w:vAlign w:val="center"/>
          </w:tcPr>
          <w:p w:rsidR="00E052C4" w:rsidRDefault="00E052C4">
            <w:pPr>
              <w:rPr>
                <w:rFonts w:hint="eastAsia"/>
                <w:color w:val="000000"/>
                <w:sz w:val="18"/>
              </w:rPr>
            </w:pPr>
          </w:p>
          <w:p w:rsidR="00B1653D" w:rsidRDefault="006F065E">
            <w:pPr>
              <w:rPr>
                <w:rFonts w:hint="eastAsia"/>
              </w:rPr>
            </w:pPr>
            <w:r>
              <w:rPr>
                <w:color w:val="000000"/>
                <w:sz w:val="18"/>
              </w:rPr>
              <w:t>________________________________________________________</w:t>
            </w:r>
          </w:p>
        </w:tc>
      </w:tr>
    </w:tbl>
    <w:p w:rsidR="006F065E" w:rsidRDefault="006F065E">
      <w:pPr>
        <w:rPr>
          <w:rFonts w:hint="eastAsia"/>
        </w:rPr>
      </w:pPr>
    </w:p>
    <w:sectPr w:rsidR="006F065E" w:rsidSect="00034616">
      <w:footerReference w:type="default" r:id="rId10"/>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FC3" w:rsidRDefault="00192FC3">
      <w:pPr>
        <w:spacing w:after="0" w:line="240" w:lineRule="auto"/>
        <w:rPr>
          <w:rFonts w:hint="eastAsia"/>
        </w:rPr>
      </w:pPr>
      <w:r>
        <w:separator/>
      </w:r>
    </w:p>
  </w:endnote>
  <w:endnote w:type="continuationSeparator" w:id="0">
    <w:p w:rsidR="00192FC3" w:rsidRDefault="00192FC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Kalinga">
    <w:panose1 w:val="020B0502040204020203"/>
    <w:charset w:val="00"/>
    <w:family w:val="swiss"/>
    <w:pitch w:val="variable"/>
    <w:sig w:usb0="00080003" w:usb1="00000000" w:usb2="00000000" w:usb3="00000000" w:csb0="00000001"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6C5" w:rsidRDefault="001D56C5">
    <w:pPr>
      <w:pStyle w:val="Footer"/>
      <w:jc w:val="right"/>
      <w:rPr>
        <w:rFonts w:hint="eastAsia"/>
      </w:rPr>
    </w:pPr>
    <w:r>
      <w:t xml:space="preserve">IABE – Renewal Application | Originally Issued 2015 | Revised 2026 | Version 2.0                                                        </w:t>
    </w:r>
    <w:sdt>
      <w:sdtPr>
        <w:id w:val="-688752328"/>
        <w:docPartObj>
          <w:docPartGallery w:val="Page Numbers (Bottom of Page)"/>
          <w:docPartUnique/>
        </w:docPartObj>
      </w:sdtPr>
      <w:sdtEndPr/>
      <w:sdtContent>
        <w:sdt>
          <w:sdtPr>
            <w:id w:val="860082579"/>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710B94">
              <w:rPr>
                <w:rFonts w:hint="eastAsia"/>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10B94">
              <w:rPr>
                <w:rFonts w:hint="eastAsia"/>
                <w:b/>
                <w:bCs/>
                <w:noProof/>
              </w:rPr>
              <w:t>4</w:t>
            </w:r>
            <w:r>
              <w:rPr>
                <w:b/>
                <w:bCs/>
                <w:sz w:val="24"/>
                <w:szCs w:val="24"/>
              </w:rPr>
              <w:fldChar w:fldCharType="end"/>
            </w:r>
          </w:sdtContent>
        </w:sdt>
      </w:sdtContent>
    </w:sdt>
  </w:p>
  <w:p w:rsidR="00B1653D" w:rsidRPr="001D56C5" w:rsidRDefault="00B1653D" w:rsidP="001D56C5">
    <w:pPr>
      <w:pStyle w:val="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FC3" w:rsidRDefault="00192FC3">
      <w:pPr>
        <w:spacing w:after="0" w:line="240" w:lineRule="auto"/>
        <w:rPr>
          <w:rFonts w:hint="eastAsia"/>
        </w:rPr>
      </w:pPr>
      <w:r>
        <w:separator/>
      </w:r>
    </w:p>
  </w:footnote>
  <w:footnote w:type="continuationSeparator" w:id="0">
    <w:p w:rsidR="00192FC3" w:rsidRDefault="00192FC3">
      <w:pPr>
        <w:spacing w:after="0" w:line="240" w:lineRule="auto"/>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418DB"/>
    <w:rsid w:val="0015074B"/>
    <w:rsid w:val="00192FC3"/>
    <w:rsid w:val="001D56C5"/>
    <w:rsid w:val="00207DBB"/>
    <w:rsid w:val="002679DA"/>
    <w:rsid w:val="0029639D"/>
    <w:rsid w:val="00326F90"/>
    <w:rsid w:val="005C66F8"/>
    <w:rsid w:val="006F065E"/>
    <w:rsid w:val="00710B94"/>
    <w:rsid w:val="008A03D0"/>
    <w:rsid w:val="00AA1D8D"/>
    <w:rsid w:val="00B1653D"/>
    <w:rsid w:val="00B47730"/>
    <w:rsid w:val="00C52F6C"/>
    <w:rsid w:val="00CB0664"/>
    <w:rsid w:val="00DA1A21"/>
    <w:rsid w:val="00E052C4"/>
    <w:rsid w:val="00E244B6"/>
    <w:rsid w:val="00F042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or-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rPr>
      <w:rFonts w:ascii="Aptos" w:hAnsi="Aptos"/>
      <w:b/>
      <w:color w:val="173B73"/>
      <w:sz w:val="19"/>
    </w:rPr>
  </w:style>
  <w:style w:type="paragraph" w:customStyle="1" w:styleId="SmallNote">
    <w:name w:val="Small Note"/>
    <w:rPr>
      <w:rFonts w:ascii="Aptos" w:hAnsi="Aptos"/>
      <w:color w:val="666666"/>
      <w:sz w:val="17"/>
    </w:rPr>
  </w:style>
  <w:style w:type="paragraph" w:styleId="BalloonText">
    <w:name w:val="Balloon Text"/>
    <w:basedOn w:val="Normal"/>
    <w:link w:val="BalloonTextChar"/>
    <w:uiPriority w:val="99"/>
    <w:semiHidden/>
    <w:unhideWhenUsed/>
    <w:rsid w:val="00E0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2C4"/>
    <w:rPr>
      <w:rFonts w:ascii="Tahoma" w:hAnsi="Tahoma" w:cs="Tahoma"/>
      <w:sz w:val="16"/>
      <w:szCs w:val="16"/>
    </w:rPr>
  </w:style>
  <w:style w:type="paragraph" w:styleId="NormalWeb">
    <w:name w:val="Normal (Web)"/>
    <w:basedOn w:val="Normal"/>
    <w:uiPriority w:val="99"/>
    <w:unhideWhenUsed/>
    <w:rsid w:val="00DA1A21"/>
    <w:pPr>
      <w:spacing w:before="100" w:beforeAutospacing="1" w:after="100" w:afterAutospacing="1" w:line="240" w:lineRule="auto"/>
    </w:pPr>
    <w:rPr>
      <w:rFonts w:ascii="Times New Roman" w:eastAsia="Times New Roman" w:hAnsi="Times New Roman" w:cs="Times New Roman"/>
      <w:sz w:val="24"/>
      <w:szCs w:val="24"/>
      <w:lang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rPr>
      <w:rFonts w:ascii="Aptos" w:hAnsi="Aptos"/>
      <w:b/>
      <w:color w:val="173B73"/>
      <w:sz w:val="19"/>
    </w:rPr>
  </w:style>
  <w:style w:type="paragraph" w:customStyle="1" w:styleId="SmallNote">
    <w:name w:val="Small Note"/>
    <w:rPr>
      <w:rFonts w:ascii="Aptos" w:hAnsi="Aptos"/>
      <w:color w:val="666666"/>
      <w:sz w:val="17"/>
    </w:rPr>
  </w:style>
  <w:style w:type="paragraph" w:styleId="BalloonText">
    <w:name w:val="Balloon Text"/>
    <w:basedOn w:val="Normal"/>
    <w:link w:val="BalloonTextChar"/>
    <w:uiPriority w:val="99"/>
    <w:semiHidden/>
    <w:unhideWhenUsed/>
    <w:rsid w:val="00E0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2C4"/>
    <w:rPr>
      <w:rFonts w:ascii="Tahoma" w:hAnsi="Tahoma" w:cs="Tahoma"/>
      <w:sz w:val="16"/>
      <w:szCs w:val="16"/>
    </w:rPr>
  </w:style>
  <w:style w:type="paragraph" w:styleId="NormalWeb">
    <w:name w:val="Normal (Web)"/>
    <w:basedOn w:val="Normal"/>
    <w:uiPriority w:val="99"/>
    <w:unhideWhenUsed/>
    <w:rsid w:val="00DA1A21"/>
    <w:pPr>
      <w:spacing w:before="100" w:beforeAutospacing="1" w:after="100" w:afterAutospacing="1" w:line="240" w:lineRule="auto"/>
    </w:pPr>
    <w:rPr>
      <w:rFonts w:ascii="Times New Roman" w:eastAsia="Times New Roman" w:hAnsi="Times New Roman" w:cs="Times New Roman"/>
      <w:sz w:val="24"/>
      <w:szCs w:val="24"/>
      <w:lang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8438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79ECC-07EB-4419-9C7A-949302E4A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DELL</cp:lastModifiedBy>
  <cp:revision>8</cp:revision>
  <cp:lastPrinted>2026-08-15T19:04:00Z</cp:lastPrinted>
  <dcterms:created xsi:type="dcterms:W3CDTF">2013-12-23T23:15:00Z</dcterms:created>
  <dcterms:modified xsi:type="dcterms:W3CDTF">2026-08-15T19:04:00Z</dcterms:modified>
</cp:coreProperties>
</file>