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449" w:rsidRDefault="00A57DFA">
      <w:pPr>
        <w:spacing w:after="0"/>
        <w:jc w:val="center"/>
        <w:rPr>
          <w:rFonts w:hint="eastAsia"/>
        </w:rPr>
      </w:pPr>
      <w:r>
        <w:rPr>
          <w:noProof/>
          <w:lang w:bidi="or-IN"/>
        </w:rPr>
        <w:drawing>
          <wp:anchor distT="0" distB="0" distL="114300" distR="114300" simplePos="0" relativeHeight="251658240" behindDoc="1" locked="0" layoutInCell="1" allowOverlap="1" wp14:anchorId="5C58F7C1" wp14:editId="5C25849F">
            <wp:simplePos x="0" y="0"/>
            <wp:positionH relativeFrom="column">
              <wp:posOffset>2406015</wp:posOffset>
            </wp:positionH>
            <wp:positionV relativeFrom="paragraph">
              <wp:posOffset>-64770</wp:posOffset>
            </wp:positionV>
            <wp:extent cx="1767840" cy="883920"/>
            <wp:effectExtent l="0" t="0" r="3810" b="0"/>
            <wp:wrapThrough wrapText="bothSides">
              <wp:wrapPolygon edited="0">
                <wp:start x="0" y="0"/>
                <wp:lineTo x="0" y="20948"/>
                <wp:lineTo x="21414" y="20948"/>
                <wp:lineTo x="2141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ABE LOGO ORG TM.png"/>
                    <pic:cNvPicPr/>
                  </pic:nvPicPr>
                  <pic:blipFill>
                    <a:blip r:embed="rId9">
                      <a:extLst>
                        <a:ext uri="{28A0092B-C50C-407E-A947-70E740481C1C}">
                          <a14:useLocalDpi xmlns:a14="http://schemas.microsoft.com/office/drawing/2010/main" val="0"/>
                        </a:ext>
                      </a:extLst>
                    </a:blip>
                    <a:stretch>
                      <a:fillRect/>
                    </a:stretch>
                  </pic:blipFill>
                  <pic:spPr>
                    <a:xfrm>
                      <a:off x="0" y="0"/>
                      <a:ext cx="1767840" cy="883920"/>
                    </a:xfrm>
                    <a:prstGeom prst="rect">
                      <a:avLst/>
                    </a:prstGeom>
                  </pic:spPr>
                </pic:pic>
              </a:graphicData>
            </a:graphic>
            <wp14:sizeRelH relativeFrom="page">
              <wp14:pctWidth>0</wp14:pctWidth>
            </wp14:sizeRelH>
            <wp14:sizeRelV relativeFrom="page">
              <wp14:pctHeight>0</wp14:pctHeight>
            </wp14:sizeRelV>
          </wp:anchor>
        </w:drawing>
      </w:r>
    </w:p>
    <w:p w:rsidR="00395AA4" w:rsidRDefault="00395AA4">
      <w:pPr>
        <w:spacing w:after="0"/>
        <w:jc w:val="center"/>
        <w:rPr>
          <w:rFonts w:hint="eastAsia"/>
        </w:rPr>
      </w:pPr>
    </w:p>
    <w:p w:rsidR="00395AA4" w:rsidRDefault="001D2C34">
      <w:pPr>
        <w:spacing w:after="20"/>
        <w:jc w:val="center"/>
        <w:rPr>
          <w:rFonts w:hint="eastAsia"/>
        </w:rPr>
      </w:pPr>
      <w:r>
        <w:rPr>
          <w:color w:val="D9A514"/>
          <w:sz w:val="14"/>
        </w:rPr>
        <w:t>━━━━━━━━━━━━━━━━━━━━━━━━━━━━━━━━━━━━━━━━━━━━━━━━━━━━━━━━━━━━━━━━━━━━━━━━━━━━━━━━</w:t>
      </w:r>
    </w:p>
    <w:p w:rsidR="00395AA4" w:rsidRDefault="001D2C34">
      <w:pPr>
        <w:spacing w:after="20"/>
        <w:jc w:val="center"/>
        <w:rPr>
          <w:rFonts w:hint="eastAsia"/>
        </w:rPr>
      </w:pPr>
      <w:r>
        <w:rPr>
          <w:b/>
          <w:color w:val="173B73"/>
          <w:sz w:val="34"/>
        </w:rPr>
        <w:t>APPLICATION FOR IABE MEMBERSHIP &amp; ACCREDITATION</w:t>
      </w:r>
    </w:p>
    <w:p w:rsidR="00395AA4" w:rsidRPr="000A300E" w:rsidRDefault="001D2C34">
      <w:pPr>
        <w:spacing w:after="140"/>
        <w:jc w:val="center"/>
        <w:rPr>
          <w:i/>
        </w:rPr>
      </w:pPr>
      <w:r w:rsidRPr="000A300E">
        <w:rPr>
          <w:i/>
        </w:rPr>
        <w:t>International Association for Biblical Education</w:t>
      </w:r>
    </w:p>
    <w:tbl>
      <w:tblPr>
        <w:tblStyle w:val="MediumList2-Accent6"/>
        <w:tblW w:w="0" w:type="auto"/>
        <w:shd w:val="clear" w:color="auto" w:fill="FDE9D9" w:themeFill="accent6" w:themeFillTint="33"/>
        <w:tblLook w:val="0000" w:firstRow="0" w:lastRow="0" w:firstColumn="0" w:lastColumn="0" w:noHBand="0" w:noVBand="0"/>
      </w:tblPr>
      <w:tblGrid>
        <w:gridCol w:w="10458"/>
      </w:tblGrid>
      <w:tr w:rsidR="000A300E" w:rsidRPr="000A300E" w:rsidTr="00F10739">
        <w:trPr>
          <w:cnfStyle w:val="000000100000" w:firstRow="0" w:lastRow="0" w:firstColumn="0" w:lastColumn="0" w:oddVBand="0" w:evenVBand="0" w:oddHBand="1" w:evenHBand="0" w:firstRowFirstColumn="0" w:firstRowLastColumn="0" w:lastRowFirstColumn="0" w:lastRowLastColumn="0"/>
          <w:trHeight w:val="394"/>
        </w:trPr>
        <w:tc>
          <w:tcPr>
            <w:cnfStyle w:val="000010000000" w:firstRow="0" w:lastRow="0" w:firstColumn="0" w:lastColumn="0" w:oddVBand="1" w:evenVBand="0" w:oddHBand="0" w:evenHBand="0" w:firstRowFirstColumn="0" w:firstRowLastColumn="0" w:lastRowFirstColumn="0" w:lastRowLastColumn="0"/>
            <w:tcW w:w="10458" w:type="dxa"/>
            <w:shd w:val="clear" w:color="auto" w:fill="FDE9D9" w:themeFill="accent6" w:themeFillTint="33"/>
          </w:tcPr>
          <w:p w:rsidR="001A0757" w:rsidRPr="000A300E" w:rsidRDefault="000A300E" w:rsidP="00F10739">
            <w:pPr>
              <w:pStyle w:val="NormalWeb"/>
              <w:rPr>
                <w:color w:val="auto"/>
              </w:rPr>
            </w:pPr>
            <w:r w:rsidRPr="00F10739">
              <w:rPr>
                <w:rStyle w:val="Strong"/>
                <w:color w:val="auto"/>
              </w:rPr>
              <w:t>IMPORTANT:</w:t>
            </w:r>
            <w:r w:rsidRPr="00F10739">
              <w:rPr>
                <w:color w:val="auto"/>
              </w:rPr>
              <w:t xml:space="preserve"> Please read the instructions carefully and complete all applicable sections in</w:t>
            </w:r>
            <w:r w:rsidRPr="00F10739">
              <w:rPr>
                <w:color w:val="auto"/>
              </w:rPr>
              <w:t xml:space="preserve"> Capital Letters</w:t>
            </w:r>
            <w:r w:rsidRPr="00F10739">
              <w:rPr>
                <w:rStyle w:val="Strong"/>
                <w:color w:val="auto"/>
              </w:rPr>
              <w:t>.</w:t>
            </w:r>
            <w:r w:rsidRPr="00F10739">
              <w:rPr>
                <w:color w:val="auto"/>
              </w:rPr>
              <w:t xml:space="preserve"> Please attach all required supporting documents.</w:t>
            </w:r>
          </w:p>
        </w:tc>
      </w:tr>
    </w:tbl>
    <w:p w:rsidR="00814C6D" w:rsidRPr="001A0757" w:rsidRDefault="001A0757" w:rsidP="001A0757">
      <w:pPr>
        <w:spacing w:after="140"/>
        <w:jc w:val="center"/>
        <w:rPr>
          <w:rFonts w:hint="eastAsia"/>
          <w:i/>
          <w:color w:val="666666"/>
        </w:rPr>
      </w:pPr>
      <w:r>
        <w:rPr>
          <w:sz w:val="18"/>
        </w:rPr>
        <w:t xml:space="preserve"> </w:t>
      </w: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1. APPLICATION TYPE</w:t>
            </w:r>
          </w:p>
        </w:tc>
      </w:tr>
    </w:tbl>
    <w:p w:rsidR="00395AA4" w:rsidRDefault="00395AA4">
      <w:pPr>
        <w:spacing w:after="0"/>
        <w:rPr>
          <w:rFonts w:hint="eastAsia"/>
        </w:rPr>
      </w:pPr>
    </w:p>
    <w:p w:rsidR="00395AA4" w:rsidRDefault="00814C6D">
      <w:pPr>
        <w:spacing w:after="60"/>
        <w:rPr>
          <w:rFonts w:hint="eastAsia"/>
        </w:rPr>
      </w:pPr>
      <w:r>
        <w:rPr>
          <w:b/>
          <w:color w:val="173B73"/>
        </w:rPr>
        <w:t xml:space="preserve">Applying for: </w:t>
      </w:r>
    </w:p>
    <w:p w:rsidR="00395AA4" w:rsidRDefault="001D2C34">
      <w:pPr>
        <w:spacing w:after="40"/>
        <w:rPr>
          <w:rFonts w:hint="eastAsia"/>
        </w:rPr>
      </w:pPr>
      <w:r>
        <w:rPr>
          <w:color w:val="173B73"/>
          <w:sz w:val="22"/>
        </w:rPr>
        <w:t xml:space="preserve">☐ </w:t>
      </w:r>
      <w:r>
        <w:rPr>
          <w:sz w:val="18"/>
        </w:rPr>
        <w:t>Membership</w:t>
      </w:r>
    </w:p>
    <w:p w:rsidR="00395AA4" w:rsidRDefault="001D2C34">
      <w:pPr>
        <w:spacing w:after="40"/>
        <w:rPr>
          <w:rFonts w:hint="eastAsia"/>
          <w:sz w:val="18"/>
        </w:rPr>
      </w:pPr>
      <w:r>
        <w:rPr>
          <w:color w:val="173B73"/>
          <w:sz w:val="22"/>
        </w:rPr>
        <w:t xml:space="preserve">☐ </w:t>
      </w:r>
      <w:r>
        <w:rPr>
          <w:sz w:val="18"/>
        </w:rPr>
        <w:t>Accreditation</w:t>
      </w:r>
    </w:p>
    <w:p w:rsidR="00814C6D" w:rsidRDefault="00814C6D">
      <w:pPr>
        <w:spacing w:after="40"/>
        <w:rPr>
          <w:rFonts w:hint="eastAsia"/>
        </w:rPr>
      </w:pP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2. INSTITUTION INFORMATION</w:t>
            </w:r>
          </w:p>
        </w:tc>
      </w:tr>
    </w:tbl>
    <w:p w:rsidR="00395AA4" w:rsidRDefault="00395AA4">
      <w:pPr>
        <w:spacing w:after="0"/>
        <w:rPr>
          <w:rFonts w:hint="eastAsia"/>
        </w:rPr>
      </w:pPr>
    </w:p>
    <w:tbl>
      <w:tblPr>
        <w:tblW w:w="0" w:type="auto"/>
        <w:jc w:val="center"/>
        <w:tblLook w:val="04A0" w:firstRow="1" w:lastRow="0" w:firstColumn="1" w:lastColumn="0" w:noHBand="0" w:noVBand="1"/>
      </w:tblPr>
      <w:tblGrid>
        <w:gridCol w:w="5184"/>
        <w:gridCol w:w="5184"/>
      </w:tblGrid>
      <w:tr w:rsidR="00395AA4" w:rsidTr="00C87400">
        <w:trPr>
          <w:cantSplit/>
          <w:trHeight w:val="816"/>
          <w:jc w:val="center"/>
        </w:trPr>
        <w:tc>
          <w:tcPr>
            <w:tcW w:w="5184" w:type="dxa"/>
            <w:tcBorders>
              <w:top w:val="single" w:sz="5" w:space="0" w:color="D9DDE3"/>
              <w:left w:val="single" w:sz="5" w:space="0" w:color="D9DDE3"/>
              <w:bottom w:val="single" w:sz="5" w:space="0" w:color="D9DDE3"/>
              <w:right w:val="single" w:sz="5" w:space="0" w:color="D9DDE3"/>
            </w:tcBorders>
          </w:tcPr>
          <w:p w:rsidR="00C87400" w:rsidRDefault="00C87400">
            <w:pPr>
              <w:spacing w:after="20"/>
              <w:rPr>
                <w:rFonts w:hint="eastAsia"/>
                <w:b/>
                <w:color w:val="173B73"/>
                <w:sz w:val="18"/>
              </w:rPr>
            </w:pPr>
            <w:r>
              <w:rPr>
                <w:b/>
                <w:color w:val="173B73"/>
                <w:sz w:val="18"/>
              </w:rPr>
              <w:t>Name of the Institution:</w:t>
            </w:r>
          </w:p>
          <w:p w:rsidR="00C87400" w:rsidRPr="00C87400" w:rsidRDefault="00C87400">
            <w:pPr>
              <w:spacing w:after="20"/>
              <w:rPr>
                <w:rFonts w:hint="eastAsia"/>
                <w:b/>
                <w:color w:val="173B73"/>
                <w:sz w:val="18"/>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Name of the Principal: </w:t>
            </w:r>
          </w:p>
          <w:p w:rsidR="00C87400" w:rsidRDefault="00C87400">
            <w:pPr>
              <w:spacing w:after="20"/>
              <w:rPr>
                <w:rFonts w:hint="eastAsia"/>
              </w:rPr>
            </w:pPr>
          </w:p>
          <w:p w:rsidR="00395AA4" w:rsidRDefault="001D2C34">
            <w:pPr>
              <w:spacing w:after="20"/>
              <w:rPr>
                <w:rFonts w:hint="eastAsia"/>
                <w:color w:val="999999"/>
                <w:sz w:val="16"/>
              </w:rPr>
            </w:pPr>
            <w:r>
              <w:rPr>
                <w:color w:val="999999"/>
                <w:sz w:val="16"/>
              </w:rPr>
              <w:t>________________________________________________</w:t>
            </w:r>
            <w:r w:rsidR="00C87400">
              <w:rPr>
                <w:color w:val="999999"/>
                <w:sz w:val="16"/>
              </w:rPr>
              <w:t>______________</w:t>
            </w:r>
          </w:p>
          <w:p w:rsidR="00C87400" w:rsidRDefault="00C87400">
            <w:pPr>
              <w:spacing w:after="20"/>
              <w:rPr>
                <w:rFonts w:hint="eastAsia"/>
              </w:rPr>
            </w:pP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Qualification: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 xml:space="preserve">Year of </w:t>
            </w:r>
            <w:r w:rsidR="00C87400">
              <w:rPr>
                <w:b/>
                <w:color w:val="173B73"/>
                <w:sz w:val="18"/>
              </w:rPr>
              <w:t xml:space="preserve">Establishment: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Email: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Phone No.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Mobile Number: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Wha</w:t>
            </w:r>
            <w:r w:rsidR="00C87400">
              <w:rPr>
                <w:b/>
                <w:color w:val="173B73"/>
                <w:sz w:val="18"/>
              </w:rPr>
              <w:t xml:space="preserve">tsApp No.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PIN Code: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Website: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Name</w:t>
            </w:r>
            <w:r w:rsidR="00C87400">
              <w:rPr>
                <w:b/>
                <w:color w:val="173B73"/>
                <w:sz w:val="18"/>
              </w:rPr>
              <w:t xml:space="preserve"> of the Church / Organization: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Institution Contact Person</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r>
    </w:tbl>
    <w:p w:rsidR="00395AA4" w:rsidRDefault="00395AA4">
      <w:pPr>
        <w:spacing w:after="20"/>
        <w:rPr>
          <w:rFonts w:hint="eastAsia"/>
        </w:rPr>
      </w:pPr>
    </w:p>
    <w:p w:rsidR="00395AA4" w:rsidRDefault="00C87400">
      <w:pPr>
        <w:spacing w:after="40"/>
        <w:rPr>
          <w:rFonts w:hint="eastAsia"/>
        </w:rPr>
      </w:pPr>
      <w:r>
        <w:rPr>
          <w:b/>
          <w:color w:val="173B73"/>
        </w:rPr>
        <w:t xml:space="preserve">Address of the Institution: </w:t>
      </w:r>
    </w:p>
    <w:tbl>
      <w:tblPr>
        <w:tblW w:w="0" w:type="auto"/>
        <w:jc w:val="center"/>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5184"/>
        <w:gridCol w:w="5184"/>
      </w:tblGrid>
      <w:tr w:rsidR="00395AA4" w:rsidTr="00BE0FB3">
        <w:trPr>
          <w:cantSplit/>
          <w:jc w:val="center"/>
        </w:trPr>
        <w:tc>
          <w:tcPr>
            <w:tcW w:w="5184" w:type="dxa"/>
          </w:tcPr>
          <w:p w:rsidR="00395AA4" w:rsidRDefault="001D2C34">
            <w:pPr>
              <w:spacing w:after="20"/>
              <w:rPr>
                <w:rFonts w:hint="eastAsia"/>
                <w:b/>
                <w:color w:val="173B73"/>
                <w:sz w:val="18"/>
              </w:rPr>
            </w:pPr>
            <w:r>
              <w:rPr>
                <w:b/>
                <w:color w:val="173B73"/>
                <w:sz w:val="18"/>
              </w:rPr>
              <w:t>Street 1</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Pr>
          <w:p w:rsidR="00395AA4" w:rsidRDefault="001D2C34">
            <w:pPr>
              <w:spacing w:after="20"/>
              <w:rPr>
                <w:rFonts w:hint="eastAsia"/>
                <w:b/>
                <w:color w:val="173B73"/>
                <w:sz w:val="18"/>
              </w:rPr>
            </w:pPr>
            <w:r>
              <w:rPr>
                <w:b/>
                <w:color w:val="173B73"/>
                <w:sz w:val="18"/>
              </w:rPr>
              <w:t>Street 2</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r>
      <w:tr w:rsidR="00395AA4" w:rsidTr="00BE0FB3">
        <w:trPr>
          <w:cantSplit/>
          <w:jc w:val="center"/>
        </w:trPr>
        <w:tc>
          <w:tcPr>
            <w:tcW w:w="5184" w:type="dxa"/>
          </w:tcPr>
          <w:p w:rsidR="00395AA4" w:rsidRDefault="00C87400">
            <w:pPr>
              <w:spacing w:after="20"/>
              <w:rPr>
                <w:rFonts w:hint="eastAsia"/>
                <w:b/>
                <w:color w:val="173B73"/>
                <w:sz w:val="18"/>
              </w:rPr>
            </w:pPr>
            <w:r>
              <w:rPr>
                <w:b/>
                <w:color w:val="173B73"/>
                <w:sz w:val="18"/>
              </w:rPr>
              <w:t xml:space="preserve">City: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Pr>
          <w:p w:rsidR="00395AA4" w:rsidRDefault="00C87400">
            <w:pPr>
              <w:spacing w:after="20"/>
              <w:rPr>
                <w:rFonts w:hint="eastAsia"/>
                <w:b/>
                <w:color w:val="173B73"/>
                <w:sz w:val="18"/>
              </w:rPr>
            </w:pPr>
            <w:r>
              <w:rPr>
                <w:b/>
                <w:color w:val="173B73"/>
                <w:sz w:val="18"/>
              </w:rPr>
              <w:t xml:space="preserve">State: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r>
      <w:tr w:rsidR="00395AA4" w:rsidTr="00BE0FB3">
        <w:trPr>
          <w:cantSplit/>
          <w:jc w:val="center"/>
        </w:trPr>
        <w:tc>
          <w:tcPr>
            <w:tcW w:w="5184" w:type="dxa"/>
          </w:tcPr>
          <w:p w:rsidR="00F02CEB" w:rsidRDefault="00C87400">
            <w:pPr>
              <w:spacing w:after="20"/>
              <w:rPr>
                <w:rFonts w:hint="eastAsia"/>
                <w:b/>
                <w:color w:val="173B73"/>
                <w:sz w:val="18"/>
              </w:rPr>
            </w:pPr>
            <w:r>
              <w:rPr>
                <w:b/>
                <w:color w:val="173B73"/>
                <w:sz w:val="18"/>
              </w:rPr>
              <w:t xml:space="preserve">Country: </w:t>
            </w:r>
          </w:p>
          <w:p w:rsidR="00BE0FB3" w:rsidRPr="00F02CEB" w:rsidRDefault="00BE0FB3">
            <w:pPr>
              <w:spacing w:after="20"/>
              <w:rPr>
                <w:rFonts w:hint="eastAsia"/>
                <w:b/>
                <w:color w:val="173B73"/>
                <w:sz w:val="18"/>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Pr>
          <w:p w:rsidR="00F02CEB" w:rsidRDefault="00BE0FB3" w:rsidP="00BE0FB3">
            <w:pPr>
              <w:spacing w:after="20"/>
              <w:rPr>
                <w:rFonts w:hint="eastAsia"/>
                <w:b/>
                <w:color w:val="173B73"/>
                <w:sz w:val="18"/>
              </w:rPr>
            </w:pPr>
            <w:r>
              <w:rPr>
                <w:b/>
                <w:color w:val="173B73"/>
                <w:sz w:val="18"/>
              </w:rPr>
              <w:t>PIN Code</w:t>
            </w:r>
            <w:r w:rsidR="00F02CEB">
              <w:rPr>
                <w:b/>
                <w:color w:val="173B73"/>
                <w:sz w:val="18"/>
              </w:rPr>
              <w:t xml:space="preserve">: </w:t>
            </w:r>
          </w:p>
          <w:p w:rsidR="00BE0FB3" w:rsidRPr="00BE0FB3" w:rsidRDefault="00BE0FB3" w:rsidP="00BE0FB3">
            <w:pPr>
              <w:spacing w:after="20"/>
              <w:rPr>
                <w:rFonts w:hint="eastAsia"/>
                <w:b/>
                <w:color w:val="173B73"/>
                <w:sz w:val="18"/>
              </w:rPr>
            </w:pPr>
          </w:p>
          <w:p w:rsidR="00F02CEB" w:rsidRDefault="00F02CEB" w:rsidP="00F02CEB">
            <w:pPr>
              <w:rPr>
                <w:rFonts w:hint="eastAsia"/>
              </w:rPr>
            </w:pPr>
            <w:r>
              <w:rPr>
                <w:color w:val="999999"/>
                <w:sz w:val="16"/>
              </w:rPr>
              <w:t>_______________________________________________________</w:t>
            </w:r>
            <w:r w:rsidR="00BE0FB3">
              <w:rPr>
                <w:color w:val="999999"/>
                <w:sz w:val="16"/>
              </w:rPr>
              <w:t>_______</w:t>
            </w:r>
          </w:p>
        </w:tc>
      </w:tr>
    </w:tbl>
    <w:p w:rsidR="00814C6D" w:rsidRDefault="00814C6D">
      <w:pPr>
        <w:spacing w:after="20"/>
        <w:rPr>
          <w:rFonts w:hint="eastAsia"/>
        </w:rPr>
      </w:pPr>
      <w:bookmarkStart w:id="0" w:name="_GoBack"/>
      <w:bookmarkEnd w:id="0"/>
    </w:p>
    <w:p w:rsidR="00814C6D" w:rsidRDefault="00814C6D">
      <w:pPr>
        <w:spacing w:after="20"/>
        <w:rPr>
          <w:rFonts w:hint="eastAsia"/>
        </w:rPr>
      </w:pP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3. LIBRARY &amp; ACADEMIC INFORMATION</w:t>
            </w:r>
          </w:p>
        </w:tc>
      </w:tr>
    </w:tbl>
    <w:p w:rsidR="00395AA4" w:rsidRDefault="00395AA4">
      <w:pPr>
        <w:spacing w:after="0"/>
        <w:rPr>
          <w:rFonts w:hint="eastAsia"/>
        </w:rPr>
      </w:pPr>
    </w:p>
    <w:tbl>
      <w:tblPr>
        <w:tblW w:w="0" w:type="auto"/>
        <w:jc w:val="center"/>
        <w:tblLook w:val="04A0" w:firstRow="1" w:lastRow="0" w:firstColumn="1" w:lastColumn="0" w:noHBand="0" w:noVBand="1"/>
      </w:tblPr>
      <w:tblGrid>
        <w:gridCol w:w="5184"/>
        <w:gridCol w:w="5184"/>
      </w:tblGrid>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Number of Books in Library: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When was your last graduation?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How many students graduated?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Total Number of Faculty: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C87400">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Total Number of Students: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List of Programs Offered: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r>
    </w:tbl>
    <w:p w:rsidR="00395AA4" w:rsidRDefault="00395AA4">
      <w:pPr>
        <w:spacing w:after="20"/>
        <w:rPr>
          <w:rFonts w:hint="eastAsia"/>
        </w:rPr>
      </w:pP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4. ADMINISTRATION &amp; GOVERNANCE</w:t>
            </w:r>
          </w:p>
        </w:tc>
      </w:tr>
    </w:tbl>
    <w:p w:rsidR="00395AA4" w:rsidRDefault="00395AA4">
      <w:pPr>
        <w:spacing w:after="0"/>
        <w:rPr>
          <w:rFonts w:hint="eastAsia"/>
        </w:rPr>
      </w:pPr>
    </w:p>
    <w:tbl>
      <w:tblPr>
        <w:tblW w:w="0" w:type="auto"/>
        <w:jc w:val="center"/>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5184"/>
        <w:gridCol w:w="5184"/>
      </w:tblGrid>
      <w:tr w:rsidR="00395AA4" w:rsidTr="00BE0FB3">
        <w:trPr>
          <w:cantSplit/>
          <w:jc w:val="center"/>
        </w:trPr>
        <w:tc>
          <w:tcPr>
            <w:tcW w:w="5184" w:type="dxa"/>
          </w:tcPr>
          <w:p w:rsidR="00395AA4" w:rsidRDefault="001D2C34">
            <w:pPr>
              <w:spacing w:after="20"/>
              <w:rPr>
                <w:rFonts w:hint="eastAsia"/>
                <w:b/>
                <w:color w:val="173B73"/>
                <w:sz w:val="18"/>
              </w:rPr>
            </w:pPr>
            <w:r>
              <w:rPr>
                <w:b/>
                <w:color w:val="173B73"/>
                <w:sz w:val="18"/>
              </w:rPr>
              <w:t>Name of the Presi</w:t>
            </w:r>
            <w:r w:rsidR="00C87400">
              <w:rPr>
                <w:b/>
                <w:color w:val="173B73"/>
                <w:sz w:val="18"/>
              </w:rPr>
              <w:t xml:space="preserve">dent with Degree: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Pr>
          <w:p w:rsidR="00395AA4" w:rsidRDefault="005E0930">
            <w:pPr>
              <w:spacing w:after="20"/>
              <w:rPr>
                <w:rFonts w:hint="eastAsia"/>
                <w:b/>
                <w:color w:val="173B73"/>
                <w:sz w:val="18"/>
              </w:rPr>
            </w:pPr>
            <w:r>
              <w:rPr>
                <w:b/>
                <w:color w:val="173B73"/>
                <w:sz w:val="18"/>
              </w:rPr>
              <w:t xml:space="preserve">Name of the Executive Director: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r>
      <w:tr w:rsidR="00395AA4" w:rsidTr="00BE0FB3">
        <w:trPr>
          <w:cantSplit/>
          <w:trHeight w:val="800"/>
          <w:jc w:val="center"/>
        </w:trPr>
        <w:tc>
          <w:tcPr>
            <w:tcW w:w="5184" w:type="dxa"/>
          </w:tcPr>
          <w:p w:rsidR="005E0930" w:rsidRDefault="005E0930" w:rsidP="005E0930">
            <w:pPr>
              <w:spacing w:after="20"/>
              <w:rPr>
                <w:rFonts w:hint="eastAsia"/>
                <w:b/>
                <w:color w:val="173B73"/>
                <w:sz w:val="18"/>
              </w:rPr>
            </w:pPr>
            <w:r>
              <w:rPr>
                <w:b/>
                <w:color w:val="173B73"/>
                <w:sz w:val="18"/>
              </w:rPr>
              <w:t xml:space="preserve">Name of the Academic Dean with Degree: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Pr>
          <w:p w:rsidR="005E0930" w:rsidRDefault="005E0930" w:rsidP="005E0930">
            <w:pPr>
              <w:spacing w:after="20"/>
              <w:rPr>
                <w:rFonts w:hint="eastAsia"/>
                <w:b/>
                <w:color w:val="173B73"/>
                <w:sz w:val="18"/>
              </w:rPr>
            </w:pPr>
            <w:r>
              <w:rPr>
                <w:b/>
                <w:color w:val="173B73"/>
                <w:sz w:val="18"/>
              </w:rPr>
              <w:t xml:space="preserve">Name of the Registrar with Degree: </w:t>
            </w:r>
          </w:p>
          <w:p w:rsidR="00BE0FB3" w:rsidRDefault="00BE0FB3" w:rsidP="00BE0FB3">
            <w:pPr>
              <w:spacing w:after="20"/>
              <w:rPr>
                <w:rFonts w:hint="eastAsia"/>
                <w:b/>
                <w:color w:val="173B73"/>
                <w:sz w:val="18"/>
              </w:rPr>
            </w:pPr>
          </w:p>
          <w:p w:rsidR="00395AA4" w:rsidRDefault="00BE0FB3">
            <w:pPr>
              <w:rPr>
                <w:rFonts w:hint="eastAsia"/>
              </w:rPr>
            </w:pPr>
            <w:r>
              <w:rPr>
                <w:color w:val="999999"/>
                <w:sz w:val="16"/>
              </w:rPr>
              <w:t>______________________________________________________________</w:t>
            </w:r>
          </w:p>
        </w:tc>
      </w:tr>
    </w:tbl>
    <w:p w:rsidR="00395AA4" w:rsidRDefault="00395AA4">
      <w:pPr>
        <w:spacing w:after="20"/>
        <w:rPr>
          <w:rFonts w:hint="eastAsia"/>
        </w:rPr>
      </w:pPr>
    </w:p>
    <w:p w:rsidR="00395AA4" w:rsidRDefault="001D2C34">
      <w:pPr>
        <w:spacing w:after="40"/>
        <w:rPr>
          <w:rFonts w:hint="eastAsia"/>
        </w:rPr>
      </w:pPr>
      <w:r>
        <w:rPr>
          <w:b/>
          <w:color w:val="173B73"/>
        </w:rPr>
        <w:t xml:space="preserve">Board of Directors (Name, </w:t>
      </w:r>
      <w:r w:rsidR="00C87400">
        <w:rPr>
          <w:b/>
          <w:color w:val="173B73"/>
        </w:rPr>
        <w:t xml:space="preserve">Qualification and Occupation): </w:t>
      </w:r>
    </w:p>
    <w:p w:rsidR="00395AA4" w:rsidRDefault="001D2C34">
      <w:pPr>
        <w:spacing w:after="40"/>
        <w:rPr>
          <w:rFonts w:hint="eastAsia"/>
        </w:rPr>
      </w:pPr>
      <w:r>
        <w:rPr>
          <w:color w:val="999999"/>
          <w:sz w:val="16"/>
        </w:rPr>
        <w:t>________________________________________________________________________________</w:t>
      </w:r>
      <w:r w:rsidR="00C87400">
        <w:rPr>
          <w:color w:val="999999"/>
          <w:sz w:val="16"/>
        </w:rPr>
        <w:t>_________________________________________________</w:t>
      </w:r>
    </w:p>
    <w:p w:rsidR="00395AA4" w:rsidRDefault="001D2C34">
      <w:pPr>
        <w:spacing w:after="40"/>
        <w:rPr>
          <w:rFonts w:hint="eastAsia"/>
        </w:rPr>
      </w:pPr>
      <w:r>
        <w:rPr>
          <w:color w:val="999999"/>
          <w:sz w:val="16"/>
        </w:rPr>
        <w:t>________________________________________________________________________________</w:t>
      </w:r>
      <w:r w:rsidR="00C87400">
        <w:rPr>
          <w:color w:val="999999"/>
          <w:sz w:val="16"/>
        </w:rPr>
        <w:t>_________________________________________________</w:t>
      </w:r>
    </w:p>
    <w:p w:rsidR="00395AA4" w:rsidRDefault="001D2C34">
      <w:pPr>
        <w:spacing w:after="40"/>
        <w:rPr>
          <w:rFonts w:hint="eastAsia"/>
        </w:rPr>
      </w:pPr>
      <w:r>
        <w:rPr>
          <w:color w:val="999999"/>
          <w:sz w:val="16"/>
        </w:rPr>
        <w:t>________________________________________________________________________________</w:t>
      </w:r>
      <w:r w:rsidR="00C87400">
        <w:rPr>
          <w:color w:val="999999"/>
          <w:sz w:val="16"/>
        </w:rPr>
        <w:t>_________________________________________________</w:t>
      </w:r>
    </w:p>
    <w:p w:rsidR="00395AA4" w:rsidRDefault="001D2C34">
      <w:pPr>
        <w:spacing w:after="40"/>
        <w:rPr>
          <w:rFonts w:hint="eastAsia"/>
        </w:rPr>
      </w:pPr>
      <w:r>
        <w:rPr>
          <w:color w:val="999999"/>
          <w:sz w:val="16"/>
        </w:rPr>
        <w:t>________________________________________________________________________________</w:t>
      </w:r>
      <w:r w:rsidR="00C87400">
        <w:rPr>
          <w:color w:val="999999"/>
          <w:sz w:val="16"/>
        </w:rPr>
        <w:t>_________________________________________________</w:t>
      </w:r>
    </w:p>
    <w:p w:rsidR="00395AA4" w:rsidRDefault="001D2C34">
      <w:pPr>
        <w:spacing w:after="40"/>
        <w:rPr>
          <w:rFonts w:hint="eastAsia"/>
          <w:color w:val="999999"/>
          <w:sz w:val="16"/>
        </w:rPr>
      </w:pPr>
      <w:r>
        <w:rPr>
          <w:color w:val="999999"/>
          <w:sz w:val="16"/>
        </w:rPr>
        <w:t>________________________________________________________________________________</w:t>
      </w:r>
      <w:r w:rsidR="00C87400">
        <w:rPr>
          <w:color w:val="999999"/>
          <w:sz w:val="16"/>
        </w:rPr>
        <w:t>_________________________________________________</w:t>
      </w:r>
    </w:p>
    <w:p w:rsidR="00814C6D" w:rsidRDefault="00814C6D">
      <w:pPr>
        <w:spacing w:after="40"/>
        <w:rPr>
          <w:rFonts w:hint="eastAsia"/>
        </w:rPr>
      </w:pP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5. STUDENT ENROLLMENT BY ACADEMIC LEVEL</w:t>
            </w:r>
          </w:p>
        </w:tc>
      </w:tr>
    </w:tbl>
    <w:p w:rsidR="00395AA4" w:rsidRDefault="00395AA4">
      <w:pPr>
        <w:spacing w:after="0"/>
        <w:rPr>
          <w:rFonts w:hint="eastAsia"/>
        </w:rPr>
      </w:pPr>
    </w:p>
    <w:p w:rsidR="00395AA4" w:rsidRDefault="001D2C34">
      <w:pPr>
        <w:spacing w:after="60"/>
        <w:rPr>
          <w:rFonts w:hint="eastAsia"/>
        </w:rPr>
      </w:pPr>
      <w:r>
        <w:t>Please provide the current number of students at each level:</w:t>
      </w:r>
    </w:p>
    <w:tbl>
      <w:tblPr>
        <w:tblW w:w="0" w:type="auto"/>
        <w:jc w:val="center"/>
        <w:tblLook w:val="04A0" w:firstRow="1" w:lastRow="0" w:firstColumn="1" w:lastColumn="0" w:noHBand="0" w:noVBand="1"/>
      </w:tblPr>
      <w:tblGrid>
        <w:gridCol w:w="3456"/>
        <w:gridCol w:w="3456"/>
        <w:gridCol w:w="3456"/>
      </w:tblGrid>
      <w:tr w:rsidR="00395AA4">
        <w:trPr>
          <w:cantSplit/>
          <w:jc w:val="center"/>
        </w:trPr>
        <w:tc>
          <w:tcPr>
            <w:tcW w:w="3456"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18"/>
              </w:rPr>
              <w:t>Academic Level</w:t>
            </w:r>
          </w:p>
        </w:tc>
        <w:tc>
          <w:tcPr>
            <w:tcW w:w="3456"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18"/>
              </w:rPr>
              <w:t>Number of Students</w:t>
            </w:r>
          </w:p>
        </w:tc>
        <w:tc>
          <w:tcPr>
            <w:tcW w:w="3456"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18"/>
              </w:rPr>
              <w:t>Remarks</w:t>
            </w:r>
          </w:p>
        </w:tc>
      </w:tr>
      <w:tr w:rsidR="00395AA4">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b/>
                <w:color w:val="173B73"/>
                <w:sz w:val="18"/>
              </w:rPr>
              <w:t>Certificate Level</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r>
      <w:tr w:rsidR="00395AA4">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b/>
                <w:color w:val="173B73"/>
                <w:sz w:val="18"/>
              </w:rPr>
              <w:t>Diploma Level</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r>
      <w:tr w:rsidR="00395AA4">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b/>
                <w:color w:val="173B73"/>
                <w:sz w:val="18"/>
              </w:rPr>
              <w:t>Bachelor Level</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r>
      <w:tr w:rsidR="00395AA4">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b/>
                <w:color w:val="173B73"/>
                <w:sz w:val="18"/>
              </w:rPr>
              <w:t>Master Level</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r>
      <w:tr w:rsidR="00395AA4">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b/>
                <w:color w:val="173B73"/>
                <w:sz w:val="18"/>
              </w:rPr>
              <w:t>Doctoral Level</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________________</w:t>
            </w:r>
          </w:p>
        </w:tc>
      </w:tr>
      <w:tr w:rsidR="00395AA4">
        <w:trPr>
          <w:cantSplit/>
          <w:jc w:val="center"/>
        </w:trPr>
        <w:tc>
          <w:tcPr>
            <w:tcW w:w="10368" w:type="dxa"/>
            <w:gridSpan w:val="3"/>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6. MODE OF DELIVERY</w:t>
            </w:r>
          </w:p>
        </w:tc>
      </w:tr>
    </w:tbl>
    <w:p w:rsidR="00395AA4" w:rsidRDefault="00395AA4">
      <w:pPr>
        <w:spacing w:after="0"/>
        <w:rPr>
          <w:rFonts w:hint="eastAsia"/>
        </w:rPr>
      </w:pPr>
    </w:p>
    <w:p w:rsidR="00395AA4" w:rsidRDefault="00C87400">
      <w:pPr>
        <w:spacing w:after="60"/>
        <w:rPr>
          <w:rFonts w:hint="eastAsia"/>
        </w:rPr>
      </w:pPr>
      <w:r>
        <w:rPr>
          <w:b/>
        </w:rPr>
        <w:t xml:space="preserve">Select the applicable mode(s): </w:t>
      </w:r>
    </w:p>
    <w:p w:rsidR="00395AA4" w:rsidRDefault="001D2C34">
      <w:pPr>
        <w:spacing w:after="40"/>
        <w:rPr>
          <w:rFonts w:hint="eastAsia"/>
        </w:rPr>
      </w:pPr>
      <w:r>
        <w:rPr>
          <w:color w:val="173B73"/>
          <w:sz w:val="22"/>
        </w:rPr>
        <w:t xml:space="preserve">☐ </w:t>
      </w:r>
      <w:r>
        <w:rPr>
          <w:sz w:val="18"/>
        </w:rPr>
        <w:t>On-Campus</w:t>
      </w:r>
    </w:p>
    <w:p w:rsidR="00395AA4" w:rsidRDefault="001D2C34">
      <w:pPr>
        <w:spacing w:after="40"/>
        <w:rPr>
          <w:rFonts w:hint="eastAsia"/>
        </w:rPr>
      </w:pPr>
      <w:r>
        <w:rPr>
          <w:color w:val="173B73"/>
          <w:sz w:val="22"/>
        </w:rPr>
        <w:t xml:space="preserve">☐ </w:t>
      </w:r>
      <w:r>
        <w:rPr>
          <w:sz w:val="18"/>
        </w:rPr>
        <w:t>Online</w:t>
      </w:r>
    </w:p>
    <w:p w:rsidR="00395AA4" w:rsidRDefault="001D2C34">
      <w:pPr>
        <w:spacing w:after="40"/>
        <w:rPr>
          <w:rFonts w:hint="eastAsia"/>
          <w:sz w:val="18"/>
        </w:rPr>
      </w:pPr>
      <w:r>
        <w:rPr>
          <w:color w:val="173B73"/>
          <w:sz w:val="22"/>
        </w:rPr>
        <w:t xml:space="preserve">☐ </w:t>
      </w:r>
      <w:r>
        <w:rPr>
          <w:sz w:val="18"/>
        </w:rPr>
        <w:t>Hybrid</w:t>
      </w:r>
    </w:p>
    <w:p w:rsidR="00814C6D" w:rsidRDefault="00814C6D">
      <w:pPr>
        <w:spacing w:after="40"/>
        <w:rPr>
          <w:rFonts w:hint="eastAsia"/>
        </w:rPr>
      </w:pPr>
    </w:p>
    <w:p w:rsidR="000F1EBE" w:rsidRDefault="000F1EBE">
      <w:pPr>
        <w:spacing w:after="40"/>
        <w:rPr>
          <w:rFonts w:hint="eastAsia"/>
        </w:rPr>
      </w:pPr>
    </w:p>
    <w:p w:rsidR="000F1EBE" w:rsidRDefault="000F1EBE">
      <w:pPr>
        <w:spacing w:after="40"/>
        <w:rPr>
          <w:rFonts w:hint="eastAsia"/>
        </w:rPr>
      </w:pPr>
    </w:p>
    <w:p w:rsidR="000F1EBE" w:rsidRDefault="000F1EBE">
      <w:pPr>
        <w:spacing w:after="40"/>
        <w:rPr>
          <w:rFonts w:hint="eastAsia"/>
        </w:rPr>
      </w:pPr>
    </w:p>
    <w:p w:rsidR="000F1EBE" w:rsidRDefault="000F1EBE">
      <w:pPr>
        <w:spacing w:after="40"/>
        <w:rPr>
          <w:rFonts w:hint="eastAsia"/>
        </w:rPr>
      </w:pPr>
    </w:p>
    <w:p w:rsidR="000F1EBE" w:rsidRDefault="000F1EBE">
      <w:pPr>
        <w:spacing w:after="40"/>
        <w:rPr>
          <w:rFonts w:hint="eastAsia"/>
        </w:rPr>
      </w:pP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7. IABE EVALUATION VISIT</w:t>
            </w:r>
          </w:p>
        </w:tc>
      </w:tr>
    </w:tbl>
    <w:p w:rsidR="00395AA4" w:rsidRDefault="00395AA4">
      <w:pPr>
        <w:spacing w:after="0"/>
        <w:rPr>
          <w:rFonts w:hint="eastAsia"/>
        </w:rPr>
      </w:pPr>
    </w:p>
    <w:p w:rsidR="00395AA4" w:rsidRDefault="001D2C34">
      <w:pPr>
        <w:spacing w:after="60"/>
        <w:rPr>
          <w:rFonts w:hint="eastAsia"/>
        </w:rPr>
      </w:pPr>
      <w:r>
        <w:rPr>
          <w:b/>
          <w:color w:val="173B73"/>
        </w:rPr>
        <w:t xml:space="preserve">When are you expecting the IABE evaluation team to visit </w:t>
      </w:r>
      <w:r w:rsidR="00814C6D">
        <w:rPr>
          <w:b/>
          <w:color w:val="173B73"/>
        </w:rPr>
        <w:t xml:space="preserve">the college for accreditation? </w:t>
      </w:r>
    </w:p>
    <w:tbl>
      <w:tblPr>
        <w:tblW w:w="0" w:type="auto"/>
        <w:jc w:val="center"/>
        <w:tblLook w:val="04A0" w:firstRow="1" w:lastRow="0" w:firstColumn="1" w:lastColumn="0" w:noHBand="0" w:noVBand="1"/>
      </w:tblPr>
      <w:tblGrid>
        <w:gridCol w:w="5184"/>
        <w:gridCol w:w="5184"/>
      </w:tblGrid>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Preferred Month / Date</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Alternative Month / Date</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Evaluation Visit Contact Person</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Contact Number</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r>
      <w:tr w:rsidR="00395AA4">
        <w:trPr>
          <w:cantSplit/>
          <w:jc w:val="center"/>
        </w:trPr>
        <w:tc>
          <w:tcPr>
            <w:tcW w:w="10368" w:type="dxa"/>
            <w:gridSpan w:val="2"/>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8. FEES</w:t>
            </w:r>
          </w:p>
        </w:tc>
      </w:tr>
    </w:tbl>
    <w:p w:rsidR="00395AA4" w:rsidRDefault="00395AA4">
      <w:pPr>
        <w:spacing w:after="0"/>
        <w:rPr>
          <w:rFonts w:hint="eastAsia"/>
        </w:rPr>
      </w:pPr>
    </w:p>
    <w:p w:rsidR="00395AA4" w:rsidRDefault="001D2C34">
      <w:pPr>
        <w:spacing w:after="80"/>
        <w:rPr>
          <w:rFonts w:hint="eastAsia"/>
        </w:rPr>
      </w:pPr>
      <w:r>
        <w:rPr>
          <w:b/>
        </w:rPr>
        <w:t>Upon approval of my application, I agree to pay the required applicable fees. *</w:t>
      </w:r>
    </w:p>
    <w:tbl>
      <w:tblPr>
        <w:tblW w:w="0" w:type="auto"/>
        <w:jc w:val="center"/>
        <w:tblLook w:val="04A0" w:firstRow="1" w:lastRow="0" w:firstColumn="1" w:lastColumn="0" w:noHBand="0" w:noVBand="1"/>
      </w:tblPr>
      <w:tblGrid>
        <w:gridCol w:w="3456"/>
        <w:gridCol w:w="3456"/>
        <w:gridCol w:w="3456"/>
      </w:tblGrid>
      <w:tr w:rsidR="00395AA4">
        <w:trPr>
          <w:cantSplit/>
          <w:jc w:val="center"/>
        </w:trPr>
        <w:tc>
          <w:tcPr>
            <w:tcW w:w="3456"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18"/>
              </w:rPr>
              <w:t>Fee Category</w:t>
            </w:r>
          </w:p>
        </w:tc>
        <w:tc>
          <w:tcPr>
            <w:tcW w:w="3456"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18"/>
              </w:rPr>
              <w:t>Amount (USD)</w:t>
            </w:r>
          </w:p>
        </w:tc>
        <w:tc>
          <w:tcPr>
            <w:tcW w:w="3456"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18"/>
              </w:rPr>
              <w:t>Select</w:t>
            </w:r>
          </w:p>
        </w:tc>
      </w:tr>
      <w:tr w:rsidR="00395AA4">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Membership Fee</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b/>
                <w:color w:val="173B73"/>
                <w:sz w:val="18"/>
              </w:rPr>
              <w:t>$100.00</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173B73"/>
                <w:sz w:val="24"/>
              </w:rPr>
              <w:t>☐</w:t>
            </w:r>
          </w:p>
        </w:tc>
      </w:tr>
      <w:tr w:rsidR="00395AA4">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Bachelor Degree</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b/>
                <w:color w:val="173B73"/>
                <w:sz w:val="18"/>
              </w:rPr>
              <w:t>$170.00</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173B73"/>
                <w:sz w:val="24"/>
              </w:rPr>
              <w:t>☐</w:t>
            </w:r>
          </w:p>
        </w:tc>
      </w:tr>
      <w:tr w:rsidR="00395AA4">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Master Degree</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b/>
                <w:color w:val="173B73"/>
                <w:sz w:val="18"/>
              </w:rPr>
              <w:t>$200.00</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173B73"/>
                <w:sz w:val="24"/>
              </w:rPr>
              <w:t>☐</w:t>
            </w:r>
          </w:p>
        </w:tc>
      </w:tr>
      <w:tr w:rsidR="00395AA4">
        <w:trPr>
          <w:cantSplit/>
          <w:jc w:val="center"/>
        </w:trPr>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000000"/>
                <w:sz w:val="18"/>
              </w:rPr>
              <w:t>Doctorate Degree</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b/>
                <w:color w:val="173B73"/>
                <w:sz w:val="18"/>
              </w:rPr>
              <w:t>$250.00</w:t>
            </w:r>
          </w:p>
        </w:tc>
        <w:tc>
          <w:tcPr>
            <w:tcW w:w="3456" w:type="dxa"/>
            <w:tcBorders>
              <w:top w:val="single" w:sz="5" w:space="0" w:color="D9DDE3"/>
              <w:left w:val="single" w:sz="5" w:space="0" w:color="D9DDE3"/>
              <w:bottom w:val="single" w:sz="5" w:space="0" w:color="D9DDE3"/>
              <w:right w:val="single" w:sz="5" w:space="0" w:color="D9DDE3"/>
            </w:tcBorders>
            <w:vAlign w:val="center"/>
          </w:tcPr>
          <w:p w:rsidR="00395AA4" w:rsidRDefault="001D2C34">
            <w:pPr>
              <w:spacing w:after="20"/>
              <w:rPr>
                <w:rFonts w:hint="eastAsia"/>
              </w:rPr>
            </w:pPr>
            <w:r>
              <w:rPr>
                <w:color w:val="173B73"/>
                <w:sz w:val="24"/>
              </w:rPr>
              <w:t>☐</w:t>
            </w:r>
          </w:p>
        </w:tc>
      </w:tr>
      <w:tr w:rsidR="00395AA4">
        <w:trPr>
          <w:cantSplit/>
          <w:jc w:val="center"/>
        </w:trPr>
        <w:tc>
          <w:tcPr>
            <w:tcW w:w="10368" w:type="dxa"/>
            <w:gridSpan w:val="3"/>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9. REQUIRED DOCUMENTS</w:t>
            </w:r>
          </w:p>
        </w:tc>
      </w:tr>
    </w:tbl>
    <w:p w:rsidR="00395AA4" w:rsidRDefault="00395AA4">
      <w:pPr>
        <w:spacing w:after="0"/>
        <w:rPr>
          <w:rFonts w:hint="eastAsia"/>
        </w:rPr>
      </w:pPr>
    </w:p>
    <w:p w:rsidR="00395AA4" w:rsidRDefault="001D2C34">
      <w:pPr>
        <w:spacing w:after="60"/>
        <w:rPr>
          <w:rFonts w:hint="eastAsia"/>
        </w:rPr>
      </w:pPr>
      <w:r>
        <w:rPr>
          <w:b/>
        </w:rPr>
        <w:t>I will send the required documents through email: info@iabeinternational.org *</w:t>
      </w:r>
    </w:p>
    <w:p w:rsidR="00395AA4" w:rsidRDefault="001D2C34">
      <w:pPr>
        <w:spacing w:after="40"/>
        <w:rPr>
          <w:rFonts w:hint="eastAsia"/>
        </w:rPr>
      </w:pPr>
      <w:r>
        <w:rPr>
          <w:color w:val="173B73"/>
          <w:sz w:val="22"/>
        </w:rPr>
        <w:t xml:space="preserve">☐ </w:t>
      </w:r>
      <w:r>
        <w:rPr>
          <w:sz w:val="18"/>
        </w:rPr>
        <w:t>Yes</w:t>
      </w:r>
    </w:p>
    <w:p w:rsidR="00395AA4" w:rsidRDefault="001D2C34">
      <w:pPr>
        <w:spacing w:after="40"/>
        <w:rPr>
          <w:rFonts w:hint="eastAsia"/>
        </w:rPr>
      </w:pPr>
      <w:r>
        <w:rPr>
          <w:color w:val="173B73"/>
          <w:sz w:val="22"/>
        </w:rPr>
        <w:t xml:space="preserve">☐ </w:t>
      </w:r>
      <w:r>
        <w:rPr>
          <w:sz w:val="18"/>
        </w:rPr>
        <w:t>No</w:t>
      </w:r>
    </w:p>
    <w:p w:rsidR="00395AA4" w:rsidRDefault="001D2C34">
      <w:pPr>
        <w:rPr>
          <w:rFonts w:hint="eastAsia"/>
        </w:rPr>
      </w:pPr>
      <w:r>
        <w:rPr>
          <w:b/>
          <w:color w:val="173B73"/>
        </w:rPr>
        <w:t>Suggested supporting documents:</w:t>
      </w:r>
    </w:p>
    <w:p w:rsidR="00395AA4" w:rsidRDefault="001D2C34">
      <w:pPr>
        <w:spacing w:after="40"/>
        <w:rPr>
          <w:rFonts w:hint="eastAsia"/>
        </w:rPr>
      </w:pPr>
      <w:r>
        <w:rPr>
          <w:color w:val="173B73"/>
          <w:sz w:val="22"/>
        </w:rPr>
        <w:t xml:space="preserve">☐ </w:t>
      </w:r>
      <w:r>
        <w:rPr>
          <w:sz w:val="18"/>
        </w:rPr>
        <w:t>Institutional registration / legal documents, where applicable</w:t>
      </w:r>
    </w:p>
    <w:p w:rsidR="00395AA4" w:rsidRDefault="001D2C34">
      <w:pPr>
        <w:spacing w:after="40"/>
        <w:rPr>
          <w:rFonts w:hint="eastAsia"/>
        </w:rPr>
      </w:pPr>
      <w:r>
        <w:rPr>
          <w:color w:val="173B73"/>
          <w:sz w:val="22"/>
        </w:rPr>
        <w:t xml:space="preserve">☐ </w:t>
      </w:r>
      <w:r>
        <w:rPr>
          <w:sz w:val="18"/>
        </w:rPr>
        <w:t>Current faculty list and qualifications</w:t>
      </w:r>
    </w:p>
    <w:p w:rsidR="00395AA4" w:rsidRDefault="001D2C34">
      <w:pPr>
        <w:spacing w:after="40"/>
        <w:rPr>
          <w:rFonts w:hint="eastAsia"/>
        </w:rPr>
      </w:pPr>
      <w:r>
        <w:rPr>
          <w:color w:val="173B73"/>
          <w:sz w:val="22"/>
        </w:rPr>
        <w:t xml:space="preserve">☐ </w:t>
      </w:r>
      <w:r>
        <w:rPr>
          <w:sz w:val="18"/>
        </w:rPr>
        <w:t>Academic programs / curriculum</w:t>
      </w:r>
    </w:p>
    <w:p w:rsidR="00395AA4" w:rsidRDefault="001D2C34">
      <w:pPr>
        <w:spacing w:after="40"/>
        <w:rPr>
          <w:rFonts w:hint="eastAsia"/>
        </w:rPr>
      </w:pPr>
      <w:r>
        <w:rPr>
          <w:color w:val="173B73"/>
          <w:sz w:val="22"/>
        </w:rPr>
        <w:t xml:space="preserve">☐ </w:t>
      </w:r>
      <w:r>
        <w:rPr>
          <w:sz w:val="18"/>
        </w:rPr>
        <w:t>Student enrollment and graduation records</w:t>
      </w:r>
    </w:p>
    <w:p w:rsidR="00395AA4" w:rsidRDefault="001D2C34">
      <w:pPr>
        <w:spacing w:after="40"/>
        <w:rPr>
          <w:rFonts w:hint="eastAsia"/>
        </w:rPr>
      </w:pPr>
      <w:r>
        <w:rPr>
          <w:color w:val="173B73"/>
          <w:sz w:val="22"/>
        </w:rPr>
        <w:t xml:space="preserve">☐ </w:t>
      </w:r>
      <w:r>
        <w:rPr>
          <w:sz w:val="18"/>
        </w:rPr>
        <w:t>Library information</w:t>
      </w:r>
    </w:p>
    <w:p w:rsidR="00395AA4" w:rsidRDefault="001D2C34">
      <w:pPr>
        <w:spacing w:after="40"/>
        <w:rPr>
          <w:rFonts w:hint="eastAsia"/>
        </w:rPr>
      </w:pPr>
      <w:r>
        <w:rPr>
          <w:color w:val="173B73"/>
          <w:sz w:val="22"/>
        </w:rPr>
        <w:t xml:space="preserve">☐ </w:t>
      </w:r>
      <w:r>
        <w:rPr>
          <w:sz w:val="18"/>
        </w:rPr>
        <w:t>Board of Directors information</w:t>
      </w:r>
    </w:p>
    <w:p w:rsidR="00395AA4" w:rsidRDefault="001D2C34">
      <w:pPr>
        <w:spacing w:after="40"/>
        <w:rPr>
          <w:rFonts w:hint="eastAsia"/>
          <w:sz w:val="18"/>
        </w:rPr>
      </w:pPr>
      <w:r>
        <w:rPr>
          <w:color w:val="173B73"/>
          <w:sz w:val="22"/>
        </w:rPr>
        <w:t xml:space="preserve">☐ </w:t>
      </w:r>
      <w:proofErr w:type="gramStart"/>
      <w:r>
        <w:rPr>
          <w:sz w:val="18"/>
        </w:rPr>
        <w:t>Previous</w:t>
      </w:r>
      <w:proofErr w:type="gramEnd"/>
      <w:r>
        <w:rPr>
          <w:sz w:val="18"/>
        </w:rPr>
        <w:t xml:space="preserve"> accreditation or membership certificate, if applicable</w:t>
      </w:r>
    </w:p>
    <w:p w:rsidR="000F1EBE" w:rsidRDefault="000F1EBE">
      <w:pPr>
        <w:spacing w:after="40"/>
        <w:rPr>
          <w:rFonts w:hint="eastAsia"/>
        </w:rPr>
      </w:pP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10. DECLARATION</w:t>
            </w:r>
          </w:p>
        </w:tc>
      </w:tr>
    </w:tbl>
    <w:p w:rsidR="00395AA4" w:rsidRDefault="00395AA4">
      <w:pPr>
        <w:spacing w:after="0"/>
        <w:rPr>
          <w:rFonts w:hint="eastAsia"/>
        </w:rPr>
      </w:pPr>
    </w:p>
    <w:p w:rsidR="00395AA4" w:rsidRDefault="001D2C34">
      <w:pPr>
        <w:spacing w:after="100"/>
        <w:rPr>
          <w:rFonts w:hint="eastAsia"/>
        </w:rPr>
      </w:pPr>
      <w:r>
        <w:t>We, the officers, hereby declare that all the information given by us in this application form is correct and true to the best of our knowledge and belief, and that nothing is wrong or knowingly omitted. The authorities of IABE have the right to review, reject, suspend, or cancel this application if any information is found to be incorrect, false, incomplete, or misleading.</w:t>
      </w:r>
    </w:p>
    <w:p w:rsidR="00395AA4" w:rsidRDefault="001D2C34">
      <w:pPr>
        <w:spacing w:after="40"/>
        <w:rPr>
          <w:rFonts w:hint="eastAsia"/>
        </w:rPr>
      </w:pPr>
      <w:r>
        <w:rPr>
          <w:color w:val="173B73"/>
          <w:sz w:val="22"/>
        </w:rPr>
        <w:t xml:space="preserve">☐ </w:t>
      </w:r>
      <w:r>
        <w:rPr>
          <w:sz w:val="18"/>
        </w:rPr>
        <w:t>Yes — I agree to the declaration above.</w:t>
      </w:r>
    </w:p>
    <w:p w:rsidR="00395AA4" w:rsidRDefault="001D2C34">
      <w:pPr>
        <w:spacing w:after="40"/>
        <w:rPr>
          <w:rFonts w:hint="eastAsia"/>
          <w:sz w:val="18"/>
        </w:rPr>
      </w:pPr>
      <w:r>
        <w:rPr>
          <w:color w:val="173B73"/>
          <w:sz w:val="22"/>
        </w:rPr>
        <w:t xml:space="preserve">☐ </w:t>
      </w:r>
      <w:r>
        <w:rPr>
          <w:sz w:val="18"/>
        </w:rPr>
        <w:t>No — I do not agree to the declaration above.</w:t>
      </w:r>
    </w:p>
    <w:p w:rsidR="000F1EBE" w:rsidRDefault="000F1EBE">
      <w:pPr>
        <w:spacing w:after="40"/>
        <w:rPr>
          <w:rFonts w:hint="eastAsia"/>
          <w:sz w:val="18"/>
        </w:rPr>
      </w:pPr>
    </w:p>
    <w:p w:rsidR="000F1EBE" w:rsidRDefault="000F1EBE">
      <w:pPr>
        <w:spacing w:after="40"/>
        <w:rPr>
          <w:rFonts w:hint="eastAsia"/>
          <w:sz w:val="18"/>
        </w:rPr>
      </w:pPr>
    </w:p>
    <w:p w:rsidR="000F1EBE" w:rsidRDefault="000F1EBE">
      <w:pPr>
        <w:spacing w:after="40"/>
        <w:rPr>
          <w:rFonts w:hint="eastAsia"/>
          <w:sz w:val="18"/>
        </w:rPr>
      </w:pPr>
    </w:p>
    <w:p w:rsidR="000F1EBE" w:rsidRDefault="000F1EBE">
      <w:pPr>
        <w:spacing w:after="40"/>
        <w:rPr>
          <w:rFonts w:hint="eastAsia"/>
          <w:sz w:val="18"/>
        </w:rPr>
      </w:pPr>
    </w:p>
    <w:p w:rsidR="000F1EBE" w:rsidRDefault="000F1EBE">
      <w:pPr>
        <w:spacing w:after="40"/>
        <w:rPr>
          <w:rFonts w:hint="eastAsia"/>
          <w:sz w:val="18"/>
        </w:rPr>
      </w:pPr>
    </w:p>
    <w:p w:rsidR="000F1EBE" w:rsidRDefault="000F1EBE">
      <w:pPr>
        <w:spacing w:after="40"/>
        <w:rPr>
          <w:rFonts w:hint="eastAsia"/>
          <w:sz w:val="18"/>
        </w:rPr>
      </w:pPr>
    </w:p>
    <w:p w:rsidR="000F1EBE" w:rsidRDefault="000F1EBE">
      <w:pPr>
        <w:spacing w:after="40"/>
        <w:rPr>
          <w:rFonts w:hint="eastAsia"/>
          <w:sz w:val="18"/>
        </w:rPr>
      </w:pPr>
    </w:p>
    <w:p w:rsidR="000F1EBE" w:rsidRDefault="000F1EBE">
      <w:pPr>
        <w:spacing w:after="40"/>
        <w:rPr>
          <w:rFonts w:hint="eastAsia"/>
          <w:sz w:val="18"/>
        </w:rPr>
      </w:pPr>
    </w:p>
    <w:p w:rsidR="000F1EBE" w:rsidRDefault="000F1EBE">
      <w:pPr>
        <w:spacing w:after="40"/>
        <w:rPr>
          <w:rFonts w:hint="eastAsia"/>
        </w:rPr>
      </w:pP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11. APPLICANT INFORMATION</w:t>
            </w:r>
          </w:p>
        </w:tc>
      </w:tr>
    </w:tbl>
    <w:p w:rsidR="00395AA4" w:rsidRDefault="00395AA4">
      <w:pPr>
        <w:spacing w:after="0"/>
        <w:rPr>
          <w:rFonts w:hint="eastAsia"/>
        </w:rPr>
      </w:pPr>
    </w:p>
    <w:tbl>
      <w:tblPr>
        <w:tblW w:w="0" w:type="auto"/>
        <w:jc w:val="center"/>
        <w:tblLook w:val="04A0" w:firstRow="1" w:lastRow="0" w:firstColumn="1" w:lastColumn="0" w:noHBand="0" w:noVBand="1"/>
      </w:tblPr>
      <w:tblGrid>
        <w:gridCol w:w="5184"/>
        <w:gridCol w:w="5184"/>
      </w:tblGrid>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Applicant Name: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C87400">
            <w:pPr>
              <w:spacing w:after="20"/>
              <w:rPr>
                <w:rFonts w:hint="eastAsia"/>
                <w:b/>
                <w:color w:val="173B73"/>
                <w:sz w:val="18"/>
              </w:rPr>
            </w:pPr>
            <w:r>
              <w:rPr>
                <w:b/>
                <w:color w:val="173B73"/>
                <w:sz w:val="18"/>
              </w:rPr>
              <w:t xml:space="preserve">Applicant Email: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App</w:t>
            </w:r>
            <w:r w:rsidR="00C87400">
              <w:rPr>
                <w:b/>
                <w:color w:val="173B73"/>
                <w:sz w:val="18"/>
              </w:rPr>
              <w:t xml:space="preserve">licant Designation / Position: </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Applicant Contact Number</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r>
    </w:tbl>
    <w:p w:rsidR="00395AA4" w:rsidRDefault="00395AA4">
      <w:pPr>
        <w:spacing w:after="20"/>
        <w:rPr>
          <w:rFonts w:hint="eastAsia"/>
        </w:rPr>
      </w:pP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12. AUTHORIZED SIGNATURE</w:t>
            </w:r>
          </w:p>
        </w:tc>
      </w:tr>
    </w:tbl>
    <w:p w:rsidR="00395AA4" w:rsidRDefault="00395AA4">
      <w:pPr>
        <w:spacing w:after="0"/>
        <w:rPr>
          <w:rFonts w:hint="eastAsia"/>
        </w:rPr>
      </w:pPr>
    </w:p>
    <w:tbl>
      <w:tblPr>
        <w:tblW w:w="0" w:type="auto"/>
        <w:jc w:val="center"/>
        <w:tblLook w:val="04A0" w:firstRow="1" w:lastRow="0" w:firstColumn="1" w:lastColumn="0" w:noHBand="0" w:noVBand="1"/>
      </w:tblPr>
      <w:tblGrid>
        <w:gridCol w:w="5184"/>
        <w:gridCol w:w="5184"/>
      </w:tblGrid>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Name of Authorized Representative</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Designation / Title</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Signature</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Date</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r>
    </w:tbl>
    <w:p w:rsidR="00C87400" w:rsidRDefault="00C87400">
      <w:pPr>
        <w:spacing w:after="20"/>
        <w:rPr>
          <w:rFonts w:hint="eastAsia"/>
        </w:rPr>
      </w:pPr>
    </w:p>
    <w:tbl>
      <w:tblPr>
        <w:tblW w:w="0" w:type="auto"/>
        <w:jc w:val="center"/>
        <w:tblLook w:val="04A0" w:firstRow="1" w:lastRow="0" w:firstColumn="1" w:lastColumn="0" w:noHBand="0" w:noVBand="1"/>
      </w:tblPr>
      <w:tblGrid>
        <w:gridCol w:w="10368"/>
      </w:tblGrid>
      <w:tr w:rsidR="00395AA4">
        <w:trPr>
          <w:cantSplit/>
          <w:jc w:val="center"/>
        </w:trPr>
        <w:tc>
          <w:tcPr>
            <w:tcW w:w="10368" w:type="dxa"/>
            <w:tcBorders>
              <w:top w:val="single" w:sz="5" w:space="0" w:color="173B73"/>
              <w:left w:val="single" w:sz="5" w:space="0" w:color="173B73"/>
              <w:bottom w:val="single" w:sz="5" w:space="0" w:color="173B73"/>
              <w:right w:val="single" w:sz="5" w:space="0" w:color="173B73"/>
            </w:tcBorders>
            <w:shd w:val="clear" w:color="auto" w:fill="173B73"/>
            <w:vAlign w:val="center"/>
          </w:tcPr>
          <w:p w:rsidR="00395AA4" w:rsidRDefault="001D2C34">
            <w:pPr>
              <w:spacing w:after="20"/>
              <w:rPr>
                <w:rFonts w:hint="eastAsia"/>
              </w:rPr>
            </w:pPr>
            <w:r>
              <w:rPr>
                <w:b/>
                <w:color w:val="FFFFFF"/>
                <w:sz w:val="20"/>
              </w:rPr>
              <w:t>13. FOR IABE OFFICE USE ONLY</w:t>
            </w:r>
          </w:p>
        </w:tc>
      </w:tr>
    </w:tbl>
    <w:p w:rsidR="00395AA4" w:rsidRDefault="00395AA4">
      <w:pPr>
        <w:spacing w:after="0"/>
        <w:rPr>
          <w:rFonts w:hint="eastAsia"/>
        </w:rPr>
      </w:pPr>
    </w:p>
    <w:tbl>
      <w:tblPr>
        <w:tblW w:w="0" w:type="auto"/>
        <w:jc w:val="center"/>
        <w:tblLook w:val="04A0" w:firstRow="1" w:lastRow="0" w:firstColumn="1" w:lastColumn="0" w:noHBand="0" w:noVBand="1"/>
      </w:tblPr>
      <w:tblGrid>
        <w:gridCol w:w="5184"/>
        <w:gridCol w:w="5256"/>
      </w:tblGrid>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Application Received Date</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Application / Reference Number</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Documents Verified By</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Evaluation Date</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_______________</w:t>
            </w:r>
          </w:p>
        </w:tc>
      </w:tr>
      <w:tr w:rsidR="00395AA4">
        <w:trPr>
          <w:cantSplit/>
          <w:jc w:val="center"/>
        </w:trPr>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Decision / Approval Date</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w:t>
            </w:r>
          </w:p>
        </w:tc>
        <w:tc>
          <w:tcPr>
            <w:tcW w:w="5184" w:type="dxa"/>
            <w:tcBorders>
              <w:top w:val="single" w:sz="5" w:space="0" w:color="D9DDE3"/>
              <w:left w:val="single" w:sz="5" w:space="0" w:color="D9DDE3"/>
              <w:bottom w:val="single" w:sz="5" w:space="0" w:color="D9DDE3"/>
              <w:right w:val="single" w:sz="5" w:space="0" w:color="D9DDE3"/>
            </w:tcBorders>
          </w:tcPr>
          <w:p w:rsidR="00395AA4" w:rsidRDefault="001D2C34">
            <w:pPr>
              <w:spacing w:after="20"/>
              <w:rPr>
                <w:rFonts w:hint="eastAsia"/>
                <w:b/>
                <w:color w:val="173B73"/>
                <w:sz w:val="18"/>
              </w:rPr>
            </w:pPr>
            <w:r>
              <w:rPr>
                <w:b/>
                <w:color w:val="173B73"/>
                <w:sz w:val="18"/>
              </w:rPr>
              <w:t>Remarks</w:t>
            </w:r>
          </w:p>
          <w:p w:rsidR="00C87400" w:rsidRDefault="00C87400">
            <w:pPr>
              <w:spacing w:after="20"/>
              <w:rPr>
                <w:rFonts w:hint="eastAsia"/>
              </w:rPr>
            </w:pPr>
          </w:p>
          <w:p w:rsidR="00395AA4" w:rsidRDefault="001D2C34">
            <w:pPr>
              <w:spacing w:after="20"/>
              <w:rPr>
                <w:rFonts w:hint="eastAsia"/>
              </w:rPr>
            </w:pPr>
            <w:r>
              <w:rPr>
                <w:color w:val="999999"/>
                <w:sz w:val="16"/>
              </w:rPr>
              <w:t>________________________________________________</w:t>
            </w:r>
            <w:r w:rsidR="00814C6D">
              <w:rPr>
                <w:color w:val="999999"/>
                <w:sz w:val="16"/>
              </w:rPr>
              <w:t>_______________</w:t>
            </w:r>
          </w:p>
        </w:tc>
      </w:tr>
    </w:tbl>
    <w:p w:rsidR="00395AA4" w:rsidRDefault="00395AA4">
      <w:pPr>
        <w:spacing w:after="20"/>
        <w:rPr>
          <w:rFonts w:hint="eastAsia"/>
        </w:rPr>
      </w:pPr>
    </w:p>
    <w:sectPr w:rsidR="00395AA4" w:rsidSect="00034616">
      <w:footerReference w:type="default" r:id="rId10"/>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0C6" w:rsidRDefault="005640C6">
      <w:pPr>
        <w:spacing w:after="0" w:line="240" w:lineRule="auto"/>
        <w:rPr>
          <w:rFonts w:hint="eastAsia"/>
        </w:rPr>
      </w:pPr>
      <w:r>
        <w:separator/>
      </w:r>
    </w:p>
  </w:endnote>
  <w:endnote w:type="continuationSeparator" w:id="0">
    <w:p w:rsidR="005640C6" w:rsidRDefault="005640C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Kalinga">
    <w:panose1 w:val="020B0502040204020203"/>
    <w:charset w:val="00"/>
    <w:family w:val="swiss"/>
    <w:pitch w:val="variable"/>
    <w:sig w:usb0="00080003" w:usb1="00000000" w:usb2="00000000" w:usb3="00000000" w:csb0="00000001"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112934"/>
      <w:docPartObj>
        <w:docPartGallery w:val="Page Numbers (Bottom of Page)"/>
        <w:docPartUnique/>
      </w:docPartObj>
    </w:sdtPr>
    <w:sdtEndPr/>
    <w:sdtContent>
      <w:sdt>
        <w:sdtPr>
          <w:id w:val="860082579"/>
          <w:docPartObj>
            <w:docPartGallery w:val="Page Numbers (Top of Page)"/>
            <w:docPartUnique/>
          </w:docPartObj>
        </w:sdtPr>
        <w:sdtEndPr/>
        <w:sdtContent>
          <w:p w:rsidR="0011464E" w:rsidRDefault="0011464E" w:rsidP="00A93E72">
            <w:pPr>
              <w:pStyle w:val="Footer"/>
              <w:jc w:val="right"/>
              <w:rPr>
                <w:rFonts w:hint="eastAsia"/>
              </w:rPr>
            </w:pPr>
            <w:r>
              <w:t>IABE-</w:t>
            </w:r>
            <w:r w:rsidR="00A93E72" w:rsidRPr="00A93E72">
              <w:t xml:space="preserve"> </w:t>
            </w:r>
            <w:r w:rsidR="00A93E72">
              <w:t xml:space="preserve">Application </w:t>
            </w:r>
            <w:r w:rsidR="00AC118B">
              <w:t xml:space="preserve">| Originally Issued 2015 | Revised </w:t>
            </w:r>
            <w:proofErr w:type="gramStart"/>
            <w:r w:rsidR="00AC118B">
              <w:t>2026  |</w:t>
            </w:r>
            <w:proofErr w:type="gramEnd"/>
            <w:r w:rsidR="00AC118B">
              <w:t xml:space="preserve"> Version 2.0</w:t>
            </w:r>
            <w:r w:rsidR="00A93E72">
              <w:t xml:space="preserve">    </w:t>
            </w:r>
            <w:r w:rsidR="00AC118B">
              <w:t xml:space="preserve">           </w:t>
            </w:r>
            <w:r w:rsidR="00A93E72">
              <w:t xml:space="preserve">           </w:t>
            </w:r>
            <w:r>
              <w:t xml:space="preserve">               </w:t>
            </w:r>
            <w:r w:rsidR="000F1EBE">
              <w:t xml:space="preserve">                        </w:t>
            </w:r>
            <w:r>
              <w:t xml:space="preserve">               Page </w:t>
            </w:r>
            <w:r>
              <w:rPr>
                <w:b/>
                <w:bCs/>
                <w:sz w:val="24"/>
                <w:szCs w:val="24"/>
              </w:rPr>
              <w:fldChar w:fldCharType="begin"/>
            </w:r>
            <w:r>
              <w:rPr>
                <w:b/>
                <w:bCs/>
              </w:rPr>
              <w:instrText xml:space="preserve"> PAGE </w:instrText>
            </w:r>
            <w:r>
              <w:rPr>
                <w:b/>
                <w:bCs/>
                <w:sz w:val="24"/>
                <w:szCs w:val="24"/>
              </w:rPr>
              <w:fldChar w:fldCharType="separate"/>
            </w:r>
            <w:r w:rsidR="00DB74B0">
              <w:rPr>
                <w:rFonts w:hint="eastAsia"/>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B74B0">
              <w:rPr>
                <w:rFonts w:hint="eastAsia"/>
                <w:b/>
                <w:bCs/>
                <w:noProof/>
              </w:rPr>
              <w:t>4</w:t>
            </w:r>
            <w:r>
              <w:rPr>
                <w:b/>
                <w:bCs/>
                <w:sz w:val="24"/>
                <w:szCs w:val="24"/>
              </w:rPr>
              <w:fldChar w:fldCharType="end"/>
            </w:r>
          </w:p>
        </w:sdtContent>
      </w:sdt>
    </w:sdtContent>
  </w:sdt>
  <w:p w:rsidR="00395AA4" w:rsidRPr="0011464E" w:rsidRDefault="00395AA4" w:rsidP="0011464E">
    <w:pPr>
      <w:pStyle w:val="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0C6" w:rsidRDefault="005640C6">
      <w:pPr>
        <w:spacing w:after="0" w:line="240" w:lineRule="auto"/>
        <w:rPr>
          <w:rFonts w:hint="eastAsia"/>
        </w:rPr>
      </w:pPr>
      <w:r>
        <w:separator/>
      </w:r>
    </w:p>
  </w:footnote>
  <w:footnote w:type="continuationSeparator" w:id="0">
    <w:p w:rsidR="005640C6" w:rsidRDefault="005640C6">
      <w:pPr>
        <w:spacing w:after="0" w:line="240" w:lineRule="auto"/>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A300E"/>
    <w:rsid w:val="000F1EBE"/>
    <w:rsid w:val="0011464E"/>
    <w:rsid w:val="0015074B"/>
    <w:rsid w:val="001A0757"/>
    <w:rsid w:val="001D2C34"/>
    <w:rsid w:val="0029639D"/>
    <w:rsid w:val="00326F90"/>
    <w:rsid w:val="00395AA4"/>
    <w:rsid w:val="005640C6"/>
    <w:rsid w:val="005E0930"/>
    <w:rsid w:val="0063492D"/>
    <w:rsid w:val="006B3449"/>
    <w:rsid w:val="00814C6D"/>
    <w:rsid w:val="00A57DFA"/>
    <w:rsid w:val="00A93E72"/>
    <w:rsid w:val="00AA1D8D"/>
    <w:rsid w:val="00AC118B"/>
    <w:rsid w:val="00B170EE"/>
    <w:rsid w:val="00B47730"/>
    <w:rsid w:val="00BE0FB3"/>
    <w:rsid w:val="00C61C81"/>
    <w:rsid w:val="00C87400"/>
    <w:rsid w:val="00CB0664"/>
    <w:rsid w:val="00DB74B0"/>
    <w:rsid w:val="00F02CEB"/>
    <w:rsid w:val="00F1073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or-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87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400"/>
    <w:rPr>
      <w:rFonts w:ascii="Tahoma" w:hAnsi="Tahoma" w:cs="Tahoma"/>
      <w:sz w:val="16"/>
      <w:szCs w:val="16"/>
    </w:rPr>
  </w:style>
  <w:style w:type="paragraph" w:styleId="NormalWeb">
    <w:name w:val="Normal (Web)"/>
    <w:basedOn w:val="Normal"/>
    <w:uiPriority w:val="99"/>
    <w:unhideWhenUsed/>
    <w:rsid w:val="000A300E"/>
    <w:pPr>
      <w:spacing w:before="100" w:beforeAutospacing="1" w:after="100" w:afterAutospacing="1" w:line="240" w:lineRule="auto"/>
    </w:pPr>
    <w:rPr>
      <w:rFonts w:ascii="Times New Roman" w:eastAsia="Times New Roman" w:hAnsi="Times New Roman" w:cs="Times New Roman"/>
      <w:sz w:val="24"/>
      <w:szCs w:val="24"/>
      <w:lang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87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400"/>
    <w:rPr>
      <w:rFonts w:ascii="Tahoma" w:hAnsi="Tahoma" w:cs="Tahoma"/>
      <w:sz w:val="16"/>
      <w:szCs w:val="16"/>
    </w:rPr>
  </w:style>
  <w:style w:type="paragraph" w:styleId="NormalWeb">
    <w:name w:val="Normal (Web)"/>
    <w:basedOn w:val="Normal"/>
    <w:uiPriority w:val="99"/>
    <w:unhideWhenUsed/>
    <w:rsid w:val="000A300E"/>
    <w:pPr>
      <w:spacing w:before="100" w:beforeAutospacing="1" w:after="100" w:afterAutospacing="1" w:line="240" w:lineRule="auto"/>
    </w:pPr>
    <w:rPr>
      <w:rFonts w:ascii="Times New Roman" w:eastAsia="Times New Roman" w:hAnsi="Times New Roman" w:cs="Times New Roman"/>
      <w:sz w:val="24"/>
      <w:szCs w:val="24"/>
      <w:lang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667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D9D76-CD9E-4236-81DE-435C21C7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DELL</cp:lastModifiedBy>
  <cp:revision>13</cp:revision>
  <cp:lastPrinted>2026-08-15T19:07:00Z</cp:lastPrinted>
  <dcterms:created xsi:type="dcterms:W3CDTF">2013-12-23T23:15:00Z</dcterms:created>
  <dcterms:modified xsi:type="dcterms:W3CDTF">2026-08-15T19:18:00Z</dcterms:modified>
</cp:coreProperties>
</file>